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АКТ-ДОПУСК</w:t>
      </w:r>
    </w:p>
    <w:p>
      <w:pPr>
        <w:spacing w:after="40"/>
        <w:jc w:val="center"/>
      </w:pPr>
      <w:r>
        <w:rPr>
          <w:b/>
          <w:sz w:val="24"/>
        </w:rPr>
        <w:t>для производства строительно-монтажных работ</w:t>
      </w:r>
    </w:p>
    <w:p>
      <w:pPr>
        <w:spacing w:after="240"/>
        <w:jc w:val="center"/>
      </w:pPr>
      <w:r>
        <w:rPr>
          <w:b/>
          <w:sz w:val="24"/>
        </w:rPr>
        <w:t>на территории действующего объекта строительного производства</w:t>
      </w:r>
    </w:p>
    <w:p>
      <w:pPr>
        <w:spacing w:after="40"/>
      </w:pPr>
      <w:r>
        <w:rPr>
          <w:b w:val="0"/>
        </w:rPr>
        <w:t xml:space="preserve">г. Москва</w:t>
      </w:r>
    </w:p>
    <w:p>
      <w:pPr>
        <w:spacing w:after="200"/>
      </w:pPr>
      <w:r>
        <w:rPr>
          <w:b w:val="0"/>
        </w:rPr>
        <w:t>(место составления)</w:t>
      </w:r>
    </w:p>
    <w:p>
      <w:pPr>
        <w:spacing w:after="40"/>
      </w:pPr>
      <w:r>
        <w:rPr>
          <w:b w:val="0"/>
        </w:rPr>
        <w:t xml:space="preserve">«17» 07 2026 г.        Производственный корпус № 2</w:t>
      </w:r>
    </w:p>
    <w:p>
      <w:pPr>
        <w:spacing w:after="240"/>
      </w:pPr>
      <w:r>
        <w:rPr>
          <w:b w:val="0"/>
        </w:rPr>
        <w:t>(наименование действующего производственного объекта, на территории которого производятся строительно-монтажные работы)</w:t>
      </w:r>
    </w:p>
    <w:p>
      <w:pPr>
        <w:spacing w:after="40"/>
      </w:pPr>
      <w:r>
        <w:rPr>
          <w:b w:val="0"/>
        </w:rPr>
        <w:t xml:space="preserve">Мы, нижеподписавшиеся, представитель застройщика (технического заказчика), эксплуатирующего действующий объект, Смирнов Алексей Викторович, Генеральный директор ООО «Ромашка»,</w:t>
      </w:r>
    </w:p>
    <w:p>
      <w:pPr>
        <w:spacing w:after="160"/>
      </w:pPr>
      <w:r>
        <w:rPr>
          <w:b w:val="0"/>
        </w:rPr>
        <w:t>(фамилия, имя, отчество (при наличии), должность)</w:t>
      </w:r>
    </w:p>
    <w:p>
      <w:pPr>
        <w:spacing w:after="40"/>
      </w:pPr>
      <w:r>
        <w:rPr>
          <w:b w:val="0"/>
        </w:rPr>
        <w:t xml:space="preserve">и представитель руководителя действующего предприятия Николаев Игорь Петрович, Директор ООО «СтройМонтаж»,</w:t>
      </w:r>
    </w:p>
    <w:p>
      <w:pPr>
        <w:spacing w:after="160"/>
      </w:pPr>
      <w:r>
        <w:rPr>
          <w:b w:val="0"/>
        </w:rPr>
        <w:t>(фамилия, имя, отчество (при наличии), должность)</w:t>
      </w:r>
    </w:p>
    <w:p>
      <w:pPr>
        <w:spacing w:after="200"/>
      </w:pPr>
      <w:r>
        <w:rPr>
          <w:b w:val="0"/>
        </w:rPr>
        <w:t>составили настоящий акт о нижеследующем.</w:t>
      </w:r>
    </w:p>
    <w:p>
      <w:pPr>
        <w:spacing w:after="40"/>
      </w:pPr>
      <w:r>
        <w:rPr>
          <w:b w:val="0"/>
        </w:rPr>
        <w:t xml:space="preserve">Застройщик (технический заказчик) предоставляет объект Кровля производственного корпуса № 2</w:t>
      </w:r>
    </w:p>
    <w:p>
      <w:pPr>
        <w:spacing w:after="160"/>
      </w:pPr>
      <w:r>
        <w:rPr>
          <w:b w:val="0"/>
        </w:rPr>
        <w:t>(наименование объекта, участка, территории)</w:t>
      </w:r>
    </w:p>
    <w:p>
      <w:pPr>
        <w:spacing w:after="40"/>
      </w:pPr>
      <w:r>
        <w:rPr>
          <w:b w:val="0"/>
        </w:rPr>
        <w:t xml:space="preserve">ограниченный координатами г. Москва, ул. Производственная, д. 12, стр. 3</w:t>
      </w:r>
    </w:p>
    <w:p>
      <w:pPr>
        <w:spacing w:after="160"/>
      </w:pPr>
      <w:r>
        <w:rPr>
          <w:b w:val="0"/>
        </w:rPr>
        <w:t>(наименование осей, отметок и номер чертежа)</w:t>
      </w:r>
    </w:p>
    <w:p>
      <w:pPr>
        <w:spacing w:after="80"/>
      </w:pPr>
      <w:r>
        <w:rPr>
          <w:b w:val="0"/>
        </w:rPr>
        <w:t>для производства на нем строительно-монтажных работ под руководством технического персонала, осуществляющего строительство, на следующий срок:</w:t>
      </w:r>
    </w:p>
    <w:p>
      <w:pPr>
        <w:spacing w:after="40"/>
      </w:pPr>
      <w:r>
        <w:rPr>
          <w:b w:val="0"/>
        </w:rPr>
        <w:t xml:space="preserve">начало «20» 07 2026 г.</w:t>
      </w:r>
    </w:p>
    <w:p>
      <w:pPr>
        <w:spacing w:after="200"/>
      </w:pPr>
      <w:r>
        <w:rPr>
          <w:b w:val="0"/>
        </w:rPr>
        <w:t xml:space="preserve">окончание «31» 07 2026 г.</w:t>
      </w:r>
    </w:p>
    <w:p>
      <w:pPr>
        <w:spacing w:after="160"/>
      </w:pPr>
      <w:r>
        <w:rPr>
          <w:b w:val="0"/>
        </w:rPr>
        <w:t>До начала строительного производства необходимо выполнить следующие мероприятия, обеспечивающие безопасность производства работ: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70"/>
        <w:gridCol w:w="2768"/>
        <w:gridCol w:w="2768"/>
      </w:tblGrid>
      <w:tr>
        <w:tc>
          <w:tcPr>
            <w:tcW w:type="dxa" w:w="2880"/>
          </w:tcPr>
          <w:p>
            <w:r>
              <w:rPr>
                <w:b/>
              </w:rPr>
              <w:t>Наименование мероприятия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Срок выполнения</w:t>
            </w:r>
          </w:p>
        </w:tc>
        <w:tc>
          <w:tcPr>
            <w:tcW w:type="dxa" w:w="2880"/>
          </w:tcPr>
          <w:p>
            <w:r>
              <w:rPr>
                <w:b/>
              </w:rPr>
              <w:t>Исполнитель</w:t>
            </w:r>
          </w:p>
        </w:tc>
      </w:tr>
      <w:tr>
        <w:tc>
          <w:tcPr>
            <w:tcW w:type="dxa" w:w="2880"/>
          </w:tcPr>
          <w:p>
            <w:r>
              <w:t xml:space="preserve">Оградить зону производства работ, вывесить знаки безопасности</w:t>
            </w:r>
          </w:p>
        </w:tc>
        <w:tc>
          <w:tcPr>
            <w:tcW w:type="dxa" w:w="2880"/>
          </w:tcPr>
          <w:p>
            <w:r>
              <w:t xml:space="preserve">до начала работ</w:t>
            </w:r>
          </w:p>
        </w:tc>
        <w:tc>
          <w:tcPr>
            <w:tcW w:type="dxa" w:w="2880"/>
          </w:tcPr>
          <w:p>
            <w:r>
              <w:t xml:space="preserve">Орлов Д.С.</w:t>
            </w:r>
          </w:p>
        </w:tc>
      </w:tr>
      <w:tr>
        <w:tc>
          <w:tcPr>
            <w:tcW w:type="dxa" w:w="2880"/>
          </w:tcPr>
          <w:p>
            <w:r>
              <w:t xml:space="preserve">Смонтировать анкерную линию, проверить страховочные системы</w:t>
            </w:r>
          </w:p>
        </w:tc>
        <w:tc>
          <w:tcPr>
            <w:tcW w:type="dxa" w:w="2880"/>
          </w:tcPr>
          <w:p>
            <w:r>
              <w:t xml:space="preserve">до начала работ</w:t>
            </w:r>
          </w:p>
        </w:tc>
        <w:tc>
          <w:tcPr>
            <w:tcW w:type="dxa" w:w="2880"/>
          </w:tcPr>
          <w:p>
            <w:r>
              <w:t xml:space="preserve">Сидоров П.А.</w:t>
            </w:r>
          </w:p>
        </w:tc>
      </w:tr>
      <w:tr>
        <w:tc>
          <w:tcPr>
            <w:tcW w:type="dxa" w:w="2880"/>
          </w:tcPr>
          <w:p>
            <w:r>
              <w:t xml:space="preserve">Провести целевой инструктаж бригаде</w:t>
            </w:r>
          </w:p>
        </w:tc>
        <w:tc>
          <w:tcPr>
            <w:tcW w:type="dxa" w:w="2880"/>
          </w:tcPr>
          <w:p>
            <w:r>
              <w:t xml:space="preserve">20.07.2026, 08:30</w:t>
            </w:r>
          </w:p>
        </w:tc>
        <w:tc>
          <w:tcPr>
            <w:tcW w:type="dxa" w:w="2880"/>
          </w:tcPr>
          <w:p>
            <w:r>
              <w:t xml:space="preserve">Кузнецова О.Д.</w:t>
            </w:r>
          </w:p>
        </w:tc>
      </w:tr>
    </w:tbl>
    <w:p/>
    <w:p>
      <w:pPr>
        <w:spacing w:after="40"/>
      </w:pPr>
      <w:r>
        <w:t>Представитель застройщика (технического заказчика),</w:t>
      </w:r>
    </w:p>
    <w:p>
      <w:pPr>
        <w:spacing w:after="40"/>
      </w:pPr>
      <w:r>
        <w:t xml:space="preserve">эксплуатирующего объект    Смирнов Алексей Викторович    _________________</w:t>
      </w:r>
    </w:p>
    <w:p>
      <w:pPr>
        <w:spacing w:after="200"/>
      </w:pPr>
      <w:r>
        <w:t>(подпись)</w:t>
      </w:r>
    </w:p>
    <w:p>
      <w:pPr>
        <w:spacing w:after="40"/>
      </w:pPr>
      <w:r>
        <w:t>Представитель руководителя действующего</w:t>
      </w:r>
    </w:p>
    <w:p>
      <w:pPr>
        <w:spacing w:after="40"/>
      </w:pPr>
      <w:r>
        <w:t xml:space="preserve">предприятия    Николаев Игорь Петрович    _________________</w:t>
      </w:r>
    </w:p>
    <w:p>
      <w:pPr>
        <w:spacing w:after="40"/>
      </w:pPr>
      <w:r>
        <w:t>(подпись)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