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72E" w:rsidRPr="0010572E" w:rsidRDefault="0010572E" w:rsidP="0010572E">
      <w:pPr>
        <w:spacing w:after="160"/>
        <w:jc w:val="center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 xml:space="preserve">Общество с ограниченной ответственностью «Ромашка»</w:t>
      </w:r>
    </w:p>
    <w:p w:rsidR="0010572E" w:rsidRPr="0010572E" w:rsidRDefault="0010572E" w:rsidP="0010572E">
      <w:pPr>
        <w:spacing w:after="160"/>
        <w:jc w:val="center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>(наименование организации)</w:t>
      </w:r>
    </w:p>
    <w:p w:rsidR="0010572E" w:rsidRPr="0010572E" w:rsidRDefault="0010572E" w:rsidP="0010572E">
      <w:pPr>
        <w:spacing w:after="160"/>
        <w:jc w:val="center"/>
        <w:rPr>
          <w:rFonts w:cs="Times New Roman"/>
          <w:lang w:val="ru-RU"/>
        </w:rPr>
      </w:pPr>
      <w:r w:rsidRPr="0010572E">
        <w:rPr>
          <w:rFonts w:cs="Times New Roman"/>
          <w:b/>
          <w:bCs/>
          <w:lang w:val="ru-RU"/>
        </w:rPr>
        <w:t xml:space="preserve">ПРИКАЗ № 115-ОТ</w:t>
      </w:r>
    </w:p>
    <w:p w:rsidR="00571D2E" w:rsidRPr="0010572E" w:rsidRDefault="0010572E">
      <w:pPr>
        <w:spacing w:after="0"/>
        <w:jc w:val="center"/>
        <w:rPr>
          <w:rFonts w:cs="Times New Roman"/>
          <w:lang w:val="ru-RU"/>
        </w:rPr>
      </w:pPr>
      <w:r w:rsidRPr="0010572E">
        <w:rPr>
          <w:rFonts w:cs="Times New Roman"/>
          <w:b/>
          <w:sz w:val="25"/>
          <w:lang w:val="ru-RU"/>
        </w:rPr>
        <w:t>«Об утверждении перечня работников, подлежащих обучению</w:t>
      </w:r>
    </w:p>
    <w:p w:rsidR="00571D2E" w:rsidRPr="0010572E" w:rsidRDefault="0010572E">
      <w:pPr>
        <w:spacing w:after="0"/>
        <w:jc w:val="center"/>
        <w:rPr>
          <w:rFonts w:cs="Times New Roman"/>
          <w:lang w:val="ru-RU"/>
        </w:rPr>
      </w:pPr>
      <w:r w:rsidRPr="0010572E">
        <w:rPr>
          <w:rFonts w:cs="Times New Roman"/>
          <w:b/>
          <w:sz w:val="25"/>
          <w:lang w:val="ru-RU"/>
        </w:rPr>
        <w:t>по оказанию первой помощи пострадавшим»</w:t>
      </w:r>
    </w:p>
    <w:p w:rsidR="00571D2E" w:rsidRPr="0010572E" w:rsidRDefault="0010572E">
      <w:pPr>
        <w:tabs>
          <w:tab w:pos="9922" w:val="right"/>
        </w:tabs>
        <w:spacing w:before="200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 xml:space="preserve">г. Москва	«19» августа 2026 г.</w:t>
      </w:r>
      <w:proofErr w:type="gramStart"/>
      <w:proofErr w:type="gramEnd"/>
    </w:p>
    <w:p w:rsidR="0010572E" w:rsidRPr="0010572E" w:rsidRDefault="0010572E" w:rsidP="0010572E">
      <w:pPr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 xml:space="preserve">В соответствии со статьёй 214 Трудового кодекса Российской Федерации, </w:t>
      </w:r>
      <w:proofErr w:type="spellStart"/>
      <w:r w:rsidRPr="0010572E">
        <w:rPr>
          <w:rFonts w:cs="Times New Roman"/>
          <w:lang w:val="ru-RU"/>
        </w:rPr>
        <w:t>пп</w:t>
      </w:r>
      <w:proofErr w:type="spellEnd"/>
      <w:r w:rsidRPr="0010572E">
        <w:rPr>
          <w:rFonts w:cs="Times New Roman"/>
          <w:lang w:val="ru-RU"/>
        </w:rPr>
        <w:t>. 33, 34 и 36 Правил обучения по охране труда и проверки знания требований охраны труда (приложение к постановлению Правительства Российской Федерации от</w:t>
      </w:r>
      <w:r w:rsidRPr="0010572E">
        <w:rPr>
          <w:rFonts w:cs="Times New Roman"/>
          <w:lang w:val="ru-RU"/>
        </w:rPr>
        <w:t xml:space="preserve"> 24.12.2021 № 2464) в редакции постановления Правительства Российской Федерации от 30.06.2026 № 805, </w:t>
      </w:r>
    </w:p>
    <w:p w:rsidR="00571D2E" w:rsidRPr="0010572E" w:rsidRDefault="0010572E" w:rsidP="0010572E">
      <w:pPr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>ПРИКАЗЫВАЮ:</w:t>
      </w:r>
    </w:p>
    <w:p w:rsidR="00571D2E" w:rsidRPr="0010572E" w:rsidRDefault="0010572E" w:rsidP="0010572E">
      <w:pPr>
        <w:pStyle w:val="a"/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>Утвердить перечень работников, подлежащих обучению по оказанию первой помощи пострадавшим (приложение № 1 к настоящему приказу).</w:t>
      </w:r>
    </w:p>
    <w:p w:rsidR="00571D2E" w:rsidRPr="0010572E" w:rsidRDefault="0010572E" w:rsidP="0010572E">
      <w:pPr>
        <w:pStyle w:val="a"/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>Включить в пер</w:t>
      </w:r>
      <w:r w:rsidRPr="0010572E">
        <w:rPr>
          <w:rFonts w:cs="Times New Roman"/>
          <w:lang w:val="ru-RU"/>
        </w:rPr>
        <w:t>ечень все категории работников, предусмотренные п. 33 Правил № 2464, а также иных работников по решению работодателя.</w:t>
      </w:r>
    </w:p>
    <w:p w:rsidR="00571D2E" w:rsidRPr="0010572E" w:rsidRDefault="0010572E" w:rsidP="0010572E">
      <w:pPr>
        <w:pStyle w:val="a"/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>Установить, что обучение по оказанию первой помощи пострадавшим проводится как самостоятельный процесс обучения продолжительностью не мене</w:t>
      </w:r>
      <w:r w:rsidRPr="0010572E">
        <w:rPr>
          <w:rFonts w:cs="Times New Roman"/>
          <w:lang w:val="ru-RU"/>
        </w:rPr>
        <w:t>е 8 часов, с долей практических занятий не менее 50 процентов общего количества учебных часов, по всем четырём темам приложения № 2 к Правилам № 2464.</w:t>
      </w:r>
    </w:p>
    <w:p w:rsidR="00571D2E" w:rsidRPr="0010572E" w:rsidRDefault="0010572E" w:rsidP="0010572E">
      <w:pPr>
        <w:pStyle w:val="a"/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>Установить периодичность обучения — не реже одного раза в 3 года; вновь принимаемые на работу и переводим</w:t>
      </w:r>
      <w:r w:rsidRPr="0010572E">
        <w:rPr>
          <w:rFonts w:cs="Times New Roman"/>
          <w:lang w:val="ru-RU"/>
        </w:rPr>
        <w:t>ые работники проходят обучение не позднее 60 календарных дней после заключения трудового договора или перевода.</w:t>
      </w:r>
    </w:p>
    <w:p w:rsidR="00571D2E" w:rsidRPr="0010572E" w:rsidRDefault="0010572E" w:rsidP="0010572E">
      <w:pPr>
        <w:pStyle w:val="a"/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>Перечень пересматривать не реже 1 раза в год, а также при изменении штатного расписания, видов выполняемых работ и по результатам оценки професс</w:t>
      </w:r>
      <w:r w:rsidRPr="0010572E">
        <w:rPr>
          <w:rFonts w:cs="Times New Roman"/>
          <w:lang w:val="ru-RU"/>
        </w:rPr>
        <w:t>иональных рисков.</w:t>
      </w:r>
    </w:p>
    <w:p w:rsidR="00571D2E" w:rsidRPr="0010572E" w:rsidRDefault="0010572E" w:rsidP="0010572E">
      <w:pPr>
        <w:pStyle w:val="a"/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 xml:space="preserve">Контроль за исполнением приказа возложить на Специалиста по охране труда (Ерохина М. В.).</w:t>
      </w:r>
    </w:p>
    <w:p w:rsidR="0010572E" w:rsidRPr="0010572E" w:rsidRDefault="0010572E" w:rsidP="0010572E">
      <w:pPr>
        <w:pStyle w:val="a"/>
        <w:numPr>
          <w:ilvl w:val="0"/>
          <w:numId w:val="0"/>
        </w:numPr>
        <w:ind w:left="360" w:hanging="360"/>
        <w:jc w:val="both"/>
        <w:rPr>
          <w:rFonts w:cs="Times New Roman"/>
          <w:lang w:val="ru-RU"/>
        </w:rPr>
      </w:pPr>
    </w:p>
    <w:p w:rsidR="0010572E" w:rsidRPr="0010572E" w:rsidRDefault="0010572E" w:rsidP="0010572E">
      <w:pPr>
        <w:pStyle w:val="a"/>
        <w:numPr>
          <w:ilvl w:val="0"/>
          <w:numId w:val="0"/>
        </w:numPr>
        <w:ind w:left="360" w:hanging="360"/>
        <w:jc w:val="both"/>
        <w:rPr>
          <w:rFonts w:cs="Times New Roman"/>
          <w:lang w:val="ru-RU"/>
        </w:rPr>
      </w:pPr>
    </w:p>
    <w:p w:rsidR="00571D2E" w:rsidRPr="0010572E" w:rsidRDefault="0010572E">
      <w:pPr>
        <w:spacing w:after="0"/>
        <w:rPr>
          <w:rFonts w:cs="Times New Roman"/>
          <w:lang w:val="ru-RU"/>
        </w:rPr>
      </w:pPr>
      <w:r w:rsidRPr="0010572E">
        <w:rPr>
          <w:rFonts w:cs="Times New Roman"/>
          <w:b/>
          <w:lang w:val="ru-RU"/>
        </w:rPr>
        <w:t xml:space="preserve">Руководитель: Генеральный директор  ______________________ / Смирнов Алексей Викторович /</w:t>
      </w:r>
    </w:p>
    <w:p w:rsidR="0010572E" w:rsidRPr="0010572E" w:rsidRDefault="0010572E">
      <w:pPr>
        <w:spacing w:after="0"/>
        <w:rPr>
          <w:rFonts w:cs="Times New Roman"/>
          <w:lang w:val="ru-RU"/>
        </w:rPr>
      </w:pPr>
    </w:p>
    <w:p w:rsidR="0010572E" w:rsidRPr="0010572E" w:rsidRDefault="0010572E">
      <w:pPr>
        <w:spacing w:after="200"/>
        <w:rPr>
          <w:rFonts w:eastAsiaTheme="majorEastAsia" w:cs="Times New Roman"/>
          <w:b/>
          <w:bCs/>
          <w:color w:val="1F3864"/>
          <w:sz w:val="25"/>
          <w:szCs w:val="26"/>
          <w:lang w:val="ru-RU"/>
        </w:rPr>
      </w:pPr>
      <w:r w:rsidRPr="0010572E">
        <w:rPr>
          <w:rFonts w:cs="Times New Roman"/>
          <w:lang w:val="ru-RU"/>
        </w:rPr>
        <w:br w:type="page"/>
      </w:r>
    </w:p>
    <w:p w:rsidR="00571D2E" w:rsidRPr="0010572E" w:rsidRDefault="0010572E" w:rsidP="0010572E">
      <w:pPr>
        <w:pStyle w:val="21"/>
        <w:jc w:val="right"/>
        <w:rPr>
          <w:rFonts w:ascii="Times New Roman" w:hAnsi="Times New Roman" w:cs="Times New Roman"/>
          <w:color w:val="auto"/>
          <w:lang w:val="ru-RU"/>
        </w:rPr>
      </w:pPr>
      <w:r w:rsidRPr="0010572E">
        <w:rPr>
          <w:rFonts w:ascii="Times New Roman" w:hAnsi="Times New Roman" w:cs="Times New Roman"/>
          <w:color w:val="auto"/>
          <w:lang w:val="ru-RU"/>
        </w:rPr>
        <w:t xml:space="preserve">Приложение № 1 к приказу № 115-ОТ от «19» августа 2026 г.</w:t>
      </w:r>
    </w:p>
    <w:p w:rsidR="00571D2E" w:rsidRPr="0010572E" w:rsidRDefault="0010572E">
      <w:pPr>
        <w:jc w:val="center"/>
        <w:rPr>
          <w:rFonts w:cs="Times New Roman"/>
          <w:lang w:val="ru-RU"/>
        </w:rPr>
      </w:pPr>
      <w:r w:rsidRPr="0010572E">
        <w:rPr>
          <w:rFonts w:cs="Times New Roman"/>
          <w:b/>
          <w:lang w:val="ru-RU"/>
        </w:rPr>
        <w:t>Перечень работников, подлежащих обучению по оказанию первой помощи пострадавшим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483"/>
        <w:gridCol w:w="1905"/>
        <w:gridCol w:w="2152"/>
        <w:gridCol w:w="2289"/>
        <w:gridCol w:w="1775"/>
        <w:gridCol w:w="1318"/>
      </w:tblGrid>
      <w:tr w:rsidR="00571D2E" w:rsidRPr="0010572E" w:rsidTr="0010572E">
        <w:tc>
          <w:tcPr>
            <w:tcW w:w="483" w:type="dxa"/>
            <w:shd w:val="clear" w:color="auto" w:fill="DCE6F2"/>
          </w:tcPr>
          <w:p w:rsidR="00571D2E" w:rsidRPr="0010572E" w:rsidRDefault="0010572E" w:rsidP="0010572E">
            <w:pPr>
              <w:spacing w:after="0"/>
              <w:jc w:val="center"/>
              <w:rPr>
                <w:rFonts w:cs="Times New Roman"/>
              </w:rPr>
            </w:pPr>
            <w:r w:rsidRPr="0010572E">
              <w:rPr>
                <w:rFonts w:cs="Times New Roman"/>
                <w:b/>
                <w:sz w:val="21"/>
              </w:rPr>
              <w:t xml:space="preserve">№</w:t>
            </w:r>
          </w:p>
        </w:tc>
        <w:tc>
          <w:tcPr>
            <w:tcW w:w="1905" w:type="dxa"/>
            <w:shd w:val="clear" w:color="auto" w:fill="DCE6F2"/>
          </w:tcPr>
          <w:p w:rsidR="00571D2E" w:rsidRPr="0010572E" w:rsidRDefault="0010572E" w:rsidP="0010572E">
            <w:pPr>
              <w:spacing w:after="0"/>
              <w:jc w:val="center"/>
              <w:rPr>
                <w:rFonts w:cs="Times New Roman"/>
              </w:rPr>
            </w:pPr>
            <w:r w:rsidRPr="0010572E">
              <w:rPr>
                <w:rFonts w:cs="Times New Roman"/>
                <w:b/>
                <w:sz w:val="21"/>
              </w:rPr>
              <w:t xml:space="preserve">Подразделение</w:t>
            </w:r>
          </w:p>
        </w:tc>
        <w:tc>
          <w:tcPr>
            <w:tcW w:w="2152" w:type="dxa"/>
            <w:shd w:val="clear" w:color="auto" w:fill="DCE6F2"/>
          </w:tcPr>
          <w:p w:rsidR="00571D2E" w:rsidRPr="0010572E" w:rsidRDefault="0010572E" w:rsidP="0010572E">
            <w:pPr>
              <w:spacing w:after="0"/>
              <w:jc w:val="center"/>
              <w:rPr>
                <w:rFonts w:cs="Times New Roman"/>
              </w:rPr>
            </w:pPr>
            <w:r w:rsidRPr="0010572E">
              <w:rPr>
                <w:rFonts w:cs="Times New Roman"/>
                <w:b/>
                <w:sz w:val="21"/>
              </w:rPr>
              <w:t xml:space="preserve">Должность (профессия)</w:t>
            </w:r>
          </w:p>
        </w:tc>
        <w:tc>
          <w:tcPr>
            <w:tcW w:w="2289" w:type="dxa"/>
            <w:shd w:val="clear" w:color="auto" w:fill="DCE6F2"/>
          </w:tcPr>
          <w:p w:rsidR="00571D2E" w:rsidRPr="0010572E" w:rsidRDefault="0010572E" w:rsidP="0010572E">
            <w:pPr>
              <w:spacing w:after="0"/>
              <w:jc w:val="center"/>
              <w:rPr>
                <w:rFonts w:cs="Times New Roman"/>
              </w:rPr>
            </w:pPr>
            <w:r w:rsidRPr="0010572E">
              <w:rPr>
                <w:rFonts w:cs="Times New Roman"/>
                <w:b/>
                <w:sz w:val="21"/>
              </w:rPr>
              <w:t xml:space="preserve">ФИО</w:t>
            </w:r>
          </w:p>
        </w:tc>
        <w:tc>
          <w:tcPr>
            <w:tcW w:w="1775" w:type="dxa"/>
            <w:shd w:val="clear" w:color="auto" w:fill="DCE6F2"/>
          </w:tcPr>
          <w:p w:rsidR="00571D2E" w:rsidRPr="0010572E" w:rsidRDefault="0010572E" w:rsidP="0010572E">
            <w:pPr>
              <w:spacing w:after="0"/>
              <w:jc w:val="center"/>
              <w:rPr>
                <w:rFonts w:cs="Times New Roman"/>
              </w:rPr>
            </w:pPr>
            <w:r w:rsidRPr="0010572E">
              <w:rPr>
                <w:rFonts w:cs="Times New Roman"/>
                <w:b/>
                <w:sz w:val="21"/>
              </w:rPr>
              <w:t xml:space="preserve">Основание (п. 33 Правил № 2464)</w:t>
            </w:r>
          </w:p>
        </w:tc>
        <w:tc>
          <w:tcPr>
            <w:tcW w:w="1318" w:type="dxa"/>
            <w:shd w:val="clear" w:color="auto" w:fill="DCE6F2"/>
          </w:tcPr>
          <w:p w:rsidR="00571D2E" w:rsidRPr="0010572E" w:rsidRDefault="0010572E" w:rsidP="0010572E">
            <w:pPr>
              <w:spacing w:after="0"/>
              <w:jc w:val="center"/>
              <w:rPr>
                <w:rFonts w:cs="Times New Roman"/>
              </w:rPr>
            </w:pPr>
            <w:r w:rsidRPr="0010572E">
              <w:rPr>
                <w:rFonts w:cs="Times New Roman"/>
                <w:b/>
                <w:sz w:val="21"/>
              </w:rPr>
              <w:t xml:space="preserve">Дата последнего обучения</w:t>
            </w:r>
          </w:p>
        </w:tc>
      </w:tr>
      <w:tr w:rsidR="00571D2E" w:rsidRPr="0010572E" w:rsidTr="0010572E">
        <w:tc>
          <w:tcPr>
            <w:tcW w:w="483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1</w:t>
            </w:r>
          </w:p>
        </w:tc>
        <w:tc>
          <w:tcPr>
            <w:tcW w:w="1905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Ремонтно-механический участок</w:t>
            </w:r>
          </w:p>
        </w:tc>
        <w:tc>
          <w:tcPr>
            <w:tcW w:w="2152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Мастер участка</w:t>
            </w:r>
          </w:p>
        </w:tc>
        <w:tc>
          <w:tcPr>
            <w:tcW w:w="2289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Иванов Иван Иванович</w:t>
            </w:r>
          </w:p>
        </w:tc>
        <w:tc>
          <w:tcPr>
            <w:tcW w:w="1775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а</w:t>
            </w:r>
          </w:p>
        </w:tc>
        <w:tc>
          <w:tcPr>
            <w:tcW w:w="1318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12.09.2023</w:t>
            </w:r>
          </w:p>
        </w:tc>
      </w:tr>
      <w:tr w:rsidR="00571D2E" w:rsidRPr="0010572E" w:rsidTr="0010572E">
        <w:tc>
          <w:tcPr>
            <w:tcW w:w="483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2</w:t>
            </w:r>
          </w:p>
        </w:tc>
        <w:tc>
          <w:tcPr>
            <w:tcW w:w="1905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Окрасочный участок</w:t>
            </w:r>
          </w:p>
        </w:tc>
        <w:tc>
          <w:tcPr>
            <w:tcW w:w="2152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Маляр</w:t>
            </w:r>
          </w:p>
        </w:tc>
        <w:tc>
          <w:tcPr>
            <w:tcW w:w="2289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Петрова Анна Сергеевна</w:t>
            </w:r>
          </w:p>
        </w:tc>
        <w:tc>
          <w:tcPr>
            <w:tcW w:w="1775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б</w:t>
            </w:r>
          </w:p>
        </w:tc>
        <w:tc>
          <w:tcPr>
            <w:tcW w:w="1318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12.09.2023</w:t>
            </w:r>
          </w:p>
        </w:tc>
      </w:tr>
      <w:tr w:rsidR="00571D2E" w:rsidRPr="0010572E" w:rsidTr="0010572E">
        <w:tc>
          <w:tcPr>
            <w:tcW w:w="483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3</w:t>
            </w:r>
          </w:p>
        </w:tc>
        <w:tc>
          <w:tcPr>
            <w:tcW w:w="1905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Сварочный участок</w:t>
            </w:r>
          </w:p>
        </w:tc>
        <w:tc>
          <w:tcPr>
            <w:tcW w:w="2152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Электрогазосварщик</w:t>
            </w:r>
          </w:p>
        </w:tc>
        <w:tc>
          <w:tcPr>
            <w:tcW w:w="2289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Сидоров Пётр Алексеевич</w:t>
            </w:r>
          </w:p>
        </w:tc>
        <w:tc>
          <w:tcPr>
            <w:tcW w:w="1775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б</w:t>
            </w:r>
          </w:p>
        </w:tc>
        <w:tc>
          <w:tcPr>
            <w:tcW w:w="1318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—</w:t>
            </w:r>
          </w:p>
        </w:tc>
      </w:tr>
    </w:tbl>
    <w:p w:rsidR="00571D2E" w:rsidRPr="0010572E" w:rsidRDefault="00571D2E">
      <w:pPr>
        <w:spacing w:after="40"/>
        <w:rPr>
          <w:rFonts w:cs="Times New Roman"/>
        </w:rPr>
      </w:pPr>
    </w:p>
    <w:p w:rsidR="0010572E" w:rsidRPr="0010572E" w:rsidRDefault="0010572E">
      <w:pPr>
        <w:jc w:val="both"/>
        <w:rPr>
          <w:rFonts w:cs="Times New Roman"/>
          <w:sz w:val="21"/>
          <w:lang w:val="ru-RU"/>
        </w:rPr>
      </w:pPr>
      <w:r w:rsidRPr="0010572E">
        <w:rPr>
          <w:rFonts w:cs="Times New Roman"/>
          <w:sz w:val="21"/>
          <w:lang w:val="ru-RU"/>
        </w:rPr>
        <w:t xml:space="preserve">Основания по п. 33 Правил № 2464: </w:t>
      </w:r>
    </w:p>
    <w:p w:rsidR="0010572E" w:rsidRPr="0010572E" w:rsidRDefault="0010572E">
      <w:pPr>
        <w:jc w:val="both"/>
        <w:rPr>
          <w:rFonts w:cs="Times New Roman"/>
          <w:sz w:val="21"/>
          <w:lang w:val="ru-RU"/>
        </w:rPr>
      </w:pPr>
      <w:r w:rsidRPr="0010572E">
        <w:rPr>
          <w:rFonts w:cs="Times New Roman"/>
          <w:sz w:val="21"/>
          <w:lang w:val="ru-RU"/>
        </w:rPr>
        <w:t xml:space="preserve">«а» — лица, проводящие инструктаж по охране труда, включающий вопросы оказания первой помощи; </w:t>
      </w:r>
    </w:p>
    <w:p w:rsidR="0010572E" w:rsidRPr="0010572E" w:rsidRDefault="0010572E">
      <w:pPr>
        <w:jc w:val="both"/>
        <w:rPr>
          <w:rFonts w:cs="Times New Roman"/>
          <w:sz w:val="21"/>
          <w:lang w:val="ru-RU"/>
        </w:rPr>
      </w:pPr>
      <w:r w:rsidRPr="0010572E">
        <w:rPr>
          <w:rFonts w:cs="Times New Roman"/>
          <w:sz w:val="21"/>
          <w:lang w:val="ru-RU"/>
        </w:rPr>
        <w:t xml:space="preserve">«б» — </w:t>
      </w:r>
      <w:r w:rsidRPr="0010572E">
        <w:rPr>
          <w:rFonts w:cs="Times New Roman"/>
          <w:sz w:val="21"/>
          <w:lang w:val="ru-RU"/>
        </w:rPr>
        <w:t xml:space="preserve">работники рабочих профессий; </w:t>
      </w:r>
    </w:p>
    <w:p w:rsidR="0010572E" w:rsidRPr="0010572E" w:rsidRDefault="0010572E">
      <w:pPr>
        <w:jc w:val="both"/>
        <w:rPr>
          <w:rFonts w:cs="Times New Roman"/>
          <w:sz w:val="21"/>
          <w:lang w:val="ru-RU"/>
        </w:rPr>
      </w:pPr>
      <w:r w:rsidRPr="0010572E">
        <w:rPr>
          <w:rFonts w:cs="Times New Roman"/>
          <w:sz w:val="21"/>
          <w:lang w:val="ru-RU"/>
        </w:rPr>
        <w:t xml:space="preserve">«в» — лица, обязанные оказывать первую помощь в соответствии с требованиями нормативных правовых актов; </w:t>
      </w:r>
    </w:p>
    <w:p w:rsidR="0010572E" w:rsidRPr="0010572E" w:rsidRDefault="0010572E">
      <w:pPr>
        <w:jc w:val="both"/>
        <w:rPr>
          <w:rFonts w:cs="Times New Roman"/>
          <w:sz w:val="21"/>
          <w:lang w:val="ru-RU"/>
        </w:rPr>
      </w:pPr>
      <w:r w:rsidRPr="0010572E">
        <w:rPr>
          <w:rFonts w:cs="Times New Roman"/>
          <w:sz w:val="21"/>
          <w:lang w:val="ru-RU"/>
        </w:rPr>
        <w:t xml:space="preserve">«г» — работники, к трудовым функциям которых отнесено управление автотранспортным средством; </w:t>
      </w:r>
    </w:p>
    <w:p w:rsidR="0010572E" w:rsidRPr="0010572E" w:rsidRDefault="0010572E">
      <w:pPr>
        <w:jc w:val="both"/>
        <w:rPr>
          <w:rFonts w:cs="Times New Roman"/>
          <w:sz w:val="21"/>
          <w:lang w:val="ru-RU"/>
        </w:rPr>
      </w:pPr>
      <w:r w:rsidRPr="0010572E">
        <w:rPr>
          <w:rFonts w:cs="Times New Roman"/>
          <w:sz w:val="21"/>
          <w:lang w:val="ru-RU"/>
        </w:rPr>
        <w:t>«д» — работники, к компетенция</w:t>
      </w:r>
      <w:r w:rsidRPr="0010572E">
        <w:rPr>
          <w:rFonts w:cs="Times New Roman"/>
          <w:sz w:val="21"/>
          <w:lang w:val="ru-RU"/>
        </w:rPr>
        <w:t xml:space="preserve">м которых предъявляются требования уметь оказывать первую помощь; </w:t>
      </w:r>
    </w:p>
    <w:p w:rsidR="0010572E" w:rsidRPr="0010572E" w:rsidRDefault="0010572E">
      <w:pPr>
        <w:jc w:val="both"/>
        <w:rPr>
          <w:rFonts w:cs="Times New Roman"/>
          <w:sz w:val="21"/>
          <w:lang w:val="ru-RU"/>
        </w:rPr>
      </w:pPr>
      <w:r w:rsidRPr="0010572E">
        <w:rPr>
          <w:rFonts w:cs="Times New Roman"/>
          <w:sz w:val="21"/>
          <w:lang w:val="ru-RU"/>
        </w:rPr>
        <w:t>«е» — председатель (заместители председателя) и члены комиссий по проверке знания требований охраны труда по вопросам оказания первой помощи, лица, проводящие обучение по оказанию первой пом</w:t>
      </w:r>
      <w:r w:rsidRPr="0010572E">
        <w:rPr>
          <w:rFonts w:cs="Times New Roman"/>
          <w:sz w:val="21"/>
          <w:lang w:val="ru-RU"/>
        </w:rPr>
        <w:t xml:space="preserve">ощи, специалисты по охране труда, члены комитетов (комиссий) по охране труда; </w:t>
      </w:r>
    </w:p>
    <w:p w:rsidR="00571D2E" w:rsidRPr="0010572E" w:rsidRDefault="0010572E">
      <w:pPr>
        <w:jc w:val="both"/>
        <w:rPr>
          <w:rFonts w:cs="Times New Roman"/>
          <w:lang w:val="ru-RU"/>
        </w:rPr>
      </w:pPr>
      <w:r w:rsidRPr="0010572E">
        <w:rPr>
          <w:rFonts w:cs="Times New Roman"/>
          <w:sz w:val="21"/>
          <w:lang w:val="ru-RU"/>
        </w:rPr>
        <w:t>«ж» — иные работники по решению работодателя.</w:t>
      </w:r>
    </w:p>
    <w:sectPr w:rsidR="00571D2E" w:rsidRPr="0010572E" w:rsidSect="00034616">
      <w:pgSz w:w="11906" w:h="16838" w:orient="portrait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0572E"/>
    <w:rsid w:val="0015074B"/>
    <w:rsid w:val="0029639D"/>
    <w:rsid w:val="00326F90"/>
    <w:rsid w:val="00571D2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EEBA03"/>
  <w14:defaultImageDpi w14:val="300"/>
  <w15:docId w15:val="{5FFA91E6-6DD0-43A8-8A3A-64088D57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20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F3864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F3864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F3864"/>
      <w:spacing w:val="5"/>
      <w:kern w:val="28"/>
      <w:sz w:val="3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60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60"/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D5E220-4544-4C3C-96A5-4D17DA633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2</cp:revision>
  <dcterms:created xsi:type="dcterms:W3CDTF">2026-08-18T05:35:00Z</dcterms:created>
  <dcterms:modified xsi:type="dcterms:W3CDTF">2026-08-18T05:35:00Z</dcterms:modified>
  <cp:category/>
</cp:coreProperties>
</file>