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Общество с ограниченной ответственностью «Ромашка»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(наименование организации)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ПРИКАЗ № 114-ОТ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«Об утверждении перечня средств индивидуальной защиты,</w:t>
      </w:r>
    </w:p>
    <w:p w:rsidR="00A07D86" w:rsidRPr="00A07D86" w:rsidRDefault="00A07D86" w:rsidP="00A07D86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применение которых требует практических навыков»</w:t>
      </w:r>
    </w:p>
    <w:p w:rsidR="00A07D86" w:rsidRDefault="00A07D86" w:rsidP="00A07D86">
      <w:pPr>
        <w:tabs>
          <w:tab w:pos="9730" w:val="right"/>
        </w:tabs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7D8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Москва	«19» августа 2026 г.</w:t>
      </w:r>
      <w:proofErr w:type="gramStart"/>
      <w:proofErr w:type="gramEnd"/>
    </w:p>
    <w:p w:rsidR="00A07D86" w:rsidRPr="00A07D86" w:rsidRDefault="00A07D86" w:rsidP="00A07D86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В соответствии с п. 38 Правил обучения по охране труда и проверки знания требований охраны труда (приложение к постановлению П</w:t>
      </w:r>
      <w:bookmarkStart w:id="0" w:name="_GoBack"/>
      <w:bookmarkEnd w:id="0"/>
      <w:r w:rsidRPr="00A07D86">
        <w:rPr>
          <w:rFonts w:ascii="Times New Roman" w:hAnsi="Times New Roman" w:cs="Times New Roman"/>
          <w:lang w:val="ru-RU"/>
        </w:rPr>
        <w:t xml:space="preserve">равительства РФ от 24.12.2021 № 2464), </w:t>
      </w: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ПРИКАЗЫВАЮ: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Утвердить перечень средств индивидуальной защиты, применение которых требует от работников практических навыков (приложение № 1 к настоящему приказу).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 xml:space="preserve">В перечень включить СИЗ 1 и 2 классов риска согласно приложению № 4 к ТР ТС 019/2011, а также иные СИЗ, требующие практических навыков по результатам оценки профессиональных рисков.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Ответственному за организацию практического обучения обеспечить оснащение зоны практики и назначение инструктора(</w:t>
      </w:r>
      <w:proofErr w:type="spellStart"/>
      <w:r w:rsidRPr="00A07D86">
        <w:rPr>
          <w:rFonts w:ascii="Times New Roman" w:hAnsi="Times New Roman" w:cs="Times New Roman"/>
          <w:lang w:val="ru-RU"/>
        </w:rPr>
        <w:t>ов</w:t>
      </w:r>
      <w:proofErr w:type="spellEnd"/>
      <w:r w:rsidRPr="00A07D86">
        <w:rPr>
          <w:rFonts w:ascii="Times New Roman" w:hAnsi="Times New Roman" w:cs="Times New Roman"/>
          <w:lang w:val="ru-RU"/>
        </w:rPr>
        <w:t>) в соответствии с утверждённым перечнем.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Обучение работников по использованию (применению) СИЗ, включённых в перечень, проводить не реже 1 раза в 3 года; вновь принимаемых на работу и переводимых на другую работу работников — в срок, не позднее 60 календарных дней после заключения трудового договора или перевода (п. 41 Правил № 2464).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>Перечень пересматривать не реже 1 раза в год, а также при изменении номенклатуры выдаваемых СИЗ.</w:t>
      </w:r>
    </w:p>
    <w:p w:rsidR="00F6052D" w:rsidRPr="00A07D86" w:rsidRDefault="00527950" w:rsidP="00A07D86">
      <w:pPr>
        <w:pStyle w:val="a"/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 xml:space="preserve">Контроль за исполнением приказа возложить на Специалиста по охране труда (Ерохина М. В.).</w:t>
      </w:r>
    </w:p>
    <w:p w:rsidR="00A07D86" w:rsidRDefault="00A07D86" w:rsidP="00A07D86">
      <w:pPr>
        <w:jc w:val="both"/>
        <w:rPr>
          <w:rFonts w:ascii="Times New Roman" w:hAnsi="Times New Roman" w:cs="Times New Roman"/>
          <w:lang w:val="ru-RU"/>
        </w:rPr>
      </w:pPr>
    </w:p>
    <w:p w:rsidR="00A07D86" w:rsidRDefault="00A07D86" w:rsidP="00A07D86">
      <w:pPr>
        <w:jc w:val="both"/>
        <w:rPr>
          <w:rFonts w:ascii="Times New Roman" w:hAnsi="Times New Roman" w:cs="Times New Roman"/>
          <w:lang w:val="ru-RU"/>
        </w:rPr>
      </w:pP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t xml:space="preserve">Руководитель: Генеральный директор  ______________________ / Смирнов Алексей Викторович /</w:t>
      </w:r>
    </w:p>
    <w:p w:rsidR="00F6052D" w:rsidRPr="00A07D86" w:rsidRDefault="00527950" w:rsidP="00A07D86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lang w:val="ru-RU"/>
        </w:rPr>
        <w:br w:type="page"/>
      </w:r>
    </w:p>
    <w:p w:rsidR="00F6052D" w:rsidRDefault="00527950" w:rsidP="00A07D86">
      <w:pPr>
        <w:pStyle w:val="21"/>
        <w:jc w:val="right"/>
        <w:rPr>
          <w:rFonts w:ascii="Times New Roman" w:eastAsiaTheme="minorEastAsia" w:hAnsi="Times New Roman" w:cs="Times New Roman"/>
          <w:bCs w:val="0"/>
          <w:color w:val="auto"/>
          <w:sz w:val="22"/>
          <w:szCs w:val="22"/>
          <w:lang w:val="ru-RU"/>
        </w:rPr>
      </w:pPr>
      <w:r w:rsidRPr="00A07D86">
        <w:rPr>
          <w:rFonts w:ascii="Times New Roman" w:eastAsiaTheme="minorEastAsia" w:hAnsi="Times New Roman" w:cs="Times New Roman"/>
          <w:bCs w:val="0"/>
          <w:color w:val="auto"/>
          <w:sz w:val="22"/>
          <w:szCs w:val="22"/>
          <w:lang w:val="ru-RU"/>
        </w:rPr>
        <w:t xml:space="preserve">Приложение № 1 к приказу № 114-ОТ от «19» августа 2026 г.</w:t>
      </w:r>
    </w:p>
    <w:p w:rsidR="00A07D86" w:rsidRPr="00A07D86" w:rsidRDefault="00A07D86" w:rsidP="00A07D86">
      <w:pPr>
        <w:rPr>
          <w:lang w:val="ru-RU"/>
        </w:rPr>
      </w:pPr>
    </w:p>
    <w:p w:rsidR="00F6052D" w:rsidRPr="00A07D86" w:rsidRDefault="00527950" w:rsidP="00A70A10">
      <w:pPr>
        <w:jc w:val="both"/>
        <w:rPr>
          <w:rFonts w:ascii="Times New Roman" w:hAnsi="Times New Roman" w:cs="Times New Roman"/>
          <w:lang w:val="ru-RU"/>
        </w:rPr>
      </w:pPr>
      <w:r w:rsidRPr="00A07D86">
        <w:rPr>
          <w:rFonts w:ascii="Times New Roman" w:hAnsi="Times New Roman" w:cs="Times New Roman"/>
          <w:b/>
          <w:lang w:val="ru-RU"/>
        </w:rPr>
        <w:t>Перечень средств индивидуальной защиты, применение которых требует практических навыков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540"/>
        <w:gridCol w:w="3245"/>
        <w:gridCol w:w="2162"/>
        <w:gridCol w:w="1351"/>
        <w:gridCol w:w="2432"/>
      </w:tblGrid>
      <w:tr w:rsidR="00F6052D" w:rsidRPr="00A07D86">
        <w:tc>
          <w:tcPr>
            <w:tcW w:w="540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№</w:t>
            </w:r>
          </w:p>
        </w:tc>
        <w:tc>
          <w:tcPr>
            <w:tcW w:w="3245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Наименование СИЗ</w:t>
            </w:r>
          </w:p>
        </w:tc>
        <w:tc>
          <w:tcPr>
            <w:tcW w:w="2162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Группа по ТР ТС 019/2011</w:t>
            </w:r>
          </w:p>
        </w:tc>
        <w:tc>
          <w:tcPr>
            <w:tcW w:w="1351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Класс риска</w:t>
            </w:r>
          </w:p>
        </w:tc>
        <w:tc>
          <w:tcPr>
            <w:tcW w:w="2432" w:type="dxa"/>
          </w:tcPr>
          <w:p w:rsidR="00F6052D" w:rsidRPr="00A07D86" w:rsidRDefault="00527950" w:rsidP="00A07D86">
            <w:pPr>
              <w:jc w:val="center"/>
              <w:rPr>
                <w:rFonts w:ascii="Times New Roman" w:hAnsi="Times New Roman" w:cs="Times New Roman"/>
              </w:rPr>
            </w:pPr>
            <w:r w:rsidRPr="00A07D86">
              <w:rPr>
                <w:rFonts w:ascii="Times New Roman" w:hAnsi="Times New Roman" w:cs="Times New Roman"/>
                <w:b/>
                <w:sz w:val="20"/>
              </w:rPr>
              <w:t xml:space="preserve">Подразделение / должности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Костюм для защиты от механических воздействий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Одежда специальная защитная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2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Ботинки кожаные с защитным подноском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Средства защиты ног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3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Перчатки с полимерным покрытием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Средства защиты рук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4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Очки защитные открытые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Средства защиты глаз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2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  <w:tr w:rsidR="00F6052D" w:rsidRPr="00A07D86">
        <w:tc>
          <w:tcPr>
            <w:tcW w:w="540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5</w:t>
            </w:r>
          </w:p>
        </w:tc>
        <w:tc>
          <w:tcPr>
            <w:tcW w:w="3245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Каска защитная</w:t>
            </w:r>
          </w:p>
        </w:tc>
        <w:tc>
          <w:tcPr>
            <w:tcW w:w="216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Средства защиты головы</w:t>
            </w:r>
          </w:p>
        </w:tc>
        <w:tc>
          <w:tcPr>
            <w:tcW w:w="1351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1</w:t>
            </w:r>
          </w:p>
        </w:tc>
        <w:tc>
          <w:tcPr>
            <w:tcW w:w="2432" w:type="dxa"/>
          </w:tcPr>
          <w:p w:rsidR="00F6052D" w:rsidRPr="00A07D86" w:rsidRDefault="00F6052D">
            <w:pPr>
              <w:rPr>
                <w:rFonts w:ascii="Times New Roman" w:hAnsi="Times New Roman" w:cs="Times New Roman"/>
              </w:rPr>
            </w:pPr>
            <w:r>
              <w:t xml:space="preserve">Цех № 1 — слесарь-ремонтник</w:t>
            </w:r>
          </w:p>
        </w:tc>
      </w:tr>
    </w:tbl>
    <w:p w:rsidR="00527950" w:rsidRPr="00A07D86" w:rsidRDefault="00527950">
      <w:pPr>
        <w:rPr>
          <w:rFonts w:ascii="Times New Roman" w:hAnsi="Times New Roman" w:cs="Times New Roman"/>
        </w:rPr>
      </w:pPr>
    </w:p>
    <w:sectPr w:rsidR="00527950" w:rsidRPr="00A07D86" w:rsidSect="00A07D86">
      <w:pgSz w:w="11906" w:h="16838" w:orient="portrait"/>
      <w:pgMar w:top="1440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27950"/>
    <w:rsid w:val="008D331E"/>
    <w:rsid w:val="009D40F3"/>
    <w:rsid w:val="00A07D86"/>
    <w:rsid w:val="00A70A10"/>
    <w:rsid w:val="00AA1D8D"/>
    <w:rsid w:val="00B47730"/>
    <w:rsid w:val="00CB0664"/>
    <w:rsid w:val="00F605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D7B0009-6A00-4623-A6EF-1DE17AED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1F0104-0DE7-49CC-A854-289ADDFA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2026-08-18T06:04:00Z</dcterms:created>
  <dcterms:modified xsi:type="dcterms:W3CDTF">2026-08-18T06:04:00Z</dcterms:modified>
  <cp:category/>
</cp:coreProperties>
</file>