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 xml:space="preserve">ЛИЧНАЯ КНИЖКА УЧЁТА РАБОТ НА ВЫСОТЕ</w:t>
      </w:r>
    </w:p>
    <w:p>
      <w:pPr>
        <w:jc w:val="center"/>
      </w:pPr>
      <w:r>
        <w:rPr>
          <w:i/>
          <w:sz w:val="18"/>
        </w:rPr>
        <w:t xml:space="preserve">Рекомендуемый образец — приложение № 4 к Правилам по охране труда при работе на высоте (приказ Минтруда России от 16.11.2020 № 782н)</w:t>
      </w:r>
    </w:p>
    <w:p>
      <w:r/>
    </w:p>
    <w:p>
      <w:r>
        <w:rPr>
          <w:b/>
        </w:rPr>
        <w:t xml:space="preserve">Организация (работодатель)</w:t>
      </w:r>
    </w:p>
    <w:p>
      <w:r>
        <w:t xml:space="preserve">Общество с ограниченной ответственностью «Ромашка», ИНН 7701234567, ОГРН 1157746123456</w:t>
      </w:r>
    </w:p>
    <w:p>
      <w:r>
        <w:t xml:space="preserve">г. Москва, ул. Производственная, д. 12, стр. 3</w:t>
      </w:r>
    </w:p>
    <w:p>
      <w:r/>
    </w:p>
    <w:p>
      <w:r>
        <w:rPr>
          <w:b/>
        </w:rPr>
        <w:t xml:space="preserve">Данные работника</w:t>
      </w:r>
    </w:p>
    <w:p>
      <w:r>
        <w:t xml:space="preserve">Фамилия: Иванов   Имя: Иван   Отчество: Иванович</w:t>
      </w:r>
    </w:p>
    <w:p>
      <w:r>
        <w:t xml:space="preserve">Дата рождения: 12.04.1988   Группа крови: II (A), Rh+</w:t>
      </w:r>
    </w:p>
    <w:p>
      <w:r>
        <w:t xml:space="preserve">Регистрационный номер: 0142/26   Личная книжка № 0142   Дата выдачи: 17.07.2026</w:t>
      </w:r>
    </w:p>
    <w:p>
      <w:r/>
    </w:p>
    <w:p>
      <w:r>
        <w:rPr>
          <w:b/>
        </w:rPr>
        <w:t xml:space="preserve">Личная книжка выдана</w:t>
      </w:r>
    </w:p>
    <w:p>
      <w:r>
        <w:t xml:space="preserve">ООО «Ромашка»</w:t>
      </w:r>
    </w:p>
    <w:p>
      <w:r>
        <w:t xml:space="preserve">на основании удостоверения № В-3-2026-0142 от 20.02.2026 г.</w:t>
      </w:r>
    </w:p>
    <w:p>
      <w:r>
        <w:t xml:space="preserve">Руководитель образовательного учреждения: _________________ Смирнов Алексей Викторович</w:t>
      </w:r>
    </w:p>
    <w:p>
      <w:r/>
    </w:p>
    <w:p>
      <w:r>
        <w:rPr>
          <w:b/>
        </w:rPr>
        <w:t xml:space="preserve">Заключение врача о допуске к работе по результатам медицинского обследования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00"/>
        <w:gridCol w:w="4300"/>
        <w:gridCol w:w="6940"/>
      </w:tblGrid>
      <w:tr>
        <w:tc>
          <w:tcPr>
            <w:tcW w:type="dxa" w:w="3200"/>
          </w:tcPr>
          <w:p>
            <w:r>
              <w:rPr>
                <w:b/>
                <w:sz w:val="18"/>
              </w:rPr>
              <w:t xml:space="preserve">Дата обследования</w:t>
            </w:r>
          </w:p>
        </w:tc>
        <w:tc>
          <w:tcPr>
            <w:tcW w:type="dxa" w:w="4300"/>
          </w:tcPr>
          <w:p>
            <w:r>
              <w:rPr>
                <w:b/>
                <w:sz w:val="18"/>
              </w:rPr>
              <w:t xml:space="preserve">Заключение врача, № медицинской справки</w:t>
            </w:r>
          </w:p>
        </w:tc>
        <w:tc>
          <w:tcPr>
            <w:tcW w:type="dxa" w:w="6940"/>
          </w:tcPr>
          <w:p>
            <w:r>
              <w:rPr>
                <w:b/>
                <w:sz w:val="18"/>
              </w:rPr>
              <w:t xml:space="preserve">Фамилия, инициалы, подпись и личная печать врача</w:t>
            </w:r>
          </w:p>
        </w:tc>
      </w:tr>
      <w:tr>
        <w:tc>
          <w:tcPr>
            <w:tcW w:type="dxa" w:w="3200"/>
          </w:tcPr>
          <w:p>
            <w:r/>
          </w:p>
        </w:tc>
        <w:tc>
          <w:tcPr>
            <w:tcW w:type="dxa" w:w="4300"/>
          </w:tcPr>
          <w:p>
            <w:r/>
          </w:p>
        </w:tc>
        <w:tc>
          <w:tcPr>
            <w:tcW w:type="dxa" w:w="6940"/>
          </w:tcPr>
          <w:p>
            <w:r/>
          </w:p>
        </w:tc>
      </w:tr>
      <w:tr>
        <w:tc>
          <w:tcPr>
            <w:tcW w:type="dxa" w:w="3200"/>
          </w:tcPr>
          <w:p>
            <w:r/>
          </w:p>
        </w:tc>
        <w:tc>
          <w:tcPr>
            <w:tcW w:type="dxa" w:w="4300"/>
          </w:tcPr>
          <w:p>
            <w:r/>
          </w:p>
        </w:tc>
        <w:tc>
          <w:tcPr>
            <w:tcW w:type="dxa" w:w="6940"/>
          </w:tcPr>
          <w:p>
            <w:r/>
          </w:p>
        </w:tc>
      </w:tr>
      <w:tr>
        <w:tc>
          <w:tcPr>
            <w:tcW w:type="dxa" w:w="3200"/>
          </w:tcPr>
          <w:p>
            <w:r/>
          </w:p>
        </w:tc>
        <w:tc>
          <w:tcPr>
            <w:tcW w:type="dxa" w:w="4300"/>
          </w:tcPr>
          <w:p>
            <w:r/>
          </w:p>
        </w:tc>
        <w:tc>
          <w:tcPr>
            <w:tcW w:type="dxa" w:w="6940"/>
          </w:tcPr>
          <w:p>
            <w:r/>
          </w:p>
        </w:tc>
      </w:tr>
    </w:tbl>
    <w:p>
      <w:r/>
    </w:p>
    <w:p>
      <w:r>
        <w:rPr>
          <w:b/>
        </w:rPr>
        <w:t xml:space="preserve">Сведения о профессиональной подготовке, аттестации и повышении квалификации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00"/>
        <w:gridCol w:w="1400"/>
        <w:gridCol w:w="2600"/>
        <w:gridCol w:w="2600"/>
        <w:gridCol w:w="2000"/>
        <w:gridCol w:w="2600"/>
        <w:gridCol w:w="2640"/>
      </w:tblGrid>
      <w:tr>
        <w:tc>
          <w:tcPr>
            <w:tcW w:type="dxa" w:w="600"/>
          </w:tcPr>
          <w:p>
            <w:r>
              <w:rPr>
                <w:b/>
                <w:sz w:val="16"/>
              </w:rPr>
              <w:t xml:space="preserve">№</w:t>
            </w:r>
          </w:p>
        </w:tc>
        <w:tc>
          <w:tcPr>
            <w:tcW w:type="dxa" w:w="1400"/>
          </w:tcPr>
          <w:p>
            <w:r>
              <w:rPr>
                <w:b/>
                <w:sz w:val="16"/>
              </w:rPr>
              <w:t xml:space="preserve">Дата</w:t>
            </w:r>
          </w:p>
        </w:tc>
        <w:tc>
          <w:tcPr>
            <w:tcW w:type="dxa" w:w="2600"/>
          </w:tcPr>
          <w:p>
            <w:r>
              <w:rPr>
                <w:b/>
                <w:sz w:val="16"/>
              </w:rPr>
              <w:t xml:space="preserve">Место проведения курса, образовательное учреждение</w:t>
            </w:r>
          </w:p>
        </w:tc>
        <w:tc>
          <w:tcPr>
            <w:tcW w:type="dxa" w:w="2600"/>
          </w:tcPr>
          <w:p>
            <w:r>
              <w:rPr>
                <w:b/>
                <w:sz w:val="16"/>
              </w:rPr>
              <w:t xml:space="preserve">Наименование курса</w:t>
            </w:r>
          </w:p>
        </w:tc>
        <w:tc>
          <w:tcPr>
            <w:tcW w:type="dxa" w:w="2000"/>
          </w:tcPr>
          <w:p>
            <w:r>
              <w:rPr>
                <w:b/>
                <w:sz w:val="16"/>
              </w:rPr>
              <w:t xml:space="preserve">Максимальная высота / продолжительность курса</w:t>
            </w:r>
          </w:p>
        </w:tc>
        <w:tc>
          <w:tcPr>
            <w:tcW w:type="dxa" w:w="2600"/>
          </w:tcPr>
          <w:p>
            <w:r>
              <w:rPr>
                <w:b/>
                <w:sz w:val="16"/>
              </w:rPr>
              <w:t xml:space="preserve">Результаты аттестации, № сертификата (удостоверения, протокола)</w:t>
            </w:r>
          </w:p>
        </w:tc>
        <w:tc>
          <w:tcPr>
            <w:tcW w:type="dxa" w:w="2640"/>
          </w:tcPr>
          <w:p>
            <w:r>
              <w:rPr>
                <w:b/>
                <w:sz w:val="16"/>
              </w:rPr>
              <w:t xml:space="preserve">Подпись, печать</w:t>
            </w:r>
          </w:p>
        </w:tc>
      </w:tr>
      <w:tr>
        <w:tc>
          <w:tcPr>
            <w:tcW w:type="dxa" w:w="600"/>
          </w:tcPr>
          <w:p>
            <w:r>
              <w:t xml:space="preserve">1</w:t>
            </w:r>
          </w:p>
        </w:tc>
        <w:tc>
          <w:tcPr>
            <w:tcW w:type="dxa" w:w="1400"/>
          </w:tcPr>
          <w:p>
            <w:r>
              <w:t xml:space="preserve">20.02.2026</w:t>
            </w:r>
          </w:p>
        </w:tc>
        <w:tc>
          <w:tcPr>
            <w:tcW w:type="dxa" w:w="2600"/>
          </w:tcPr>
          <w:p>
            <w:r>
              <w:t xml:space="preserve">УЦ «Профстандарт»</w:t>
            </w:r>
          </w:p>
        </w:tc>
        <w:tc>
          <w:tcPr>
            <w:tcW w:type="dxa" w:w="2600"/>
          </w:tcPr>
          <w:p>
            <w:r>
              <w:t xml:space="preserve">Безопасные методы и приёмы выполнения работ на высоте, 3 группа</w:t>
            </w:r>
          </w:p>
        </w:tc>
        <w:tc>
          <w:tcPr>
            <w:tcW w:type="dxa" w:w="2000"/>
          </w:tcPr>
          <w:p>
            <w:r>
              <w:t xml:space="preserve">8 ч</w:t>
            </w:r>
          </w:p>
        </w:tc>
        <w:tc>
          <w:tcPr>
            <w:tcW w:type="dxa" w:w="2600"/>
          </w:tcPr>
          <w:p>
            <w:r>
              <w:t xml:space="preserve">Аттестован</w:t>
            </w:r>
          </w:p>
        </w:tc>
        <w:tc>
          <w:tcPr>
            <w:tcW w:type="dxa" w:w="2640"/>
          </w:tcPr>
          <w:p>
            <w:r>
              <w:t/>
            </w:r>
          </w:p>
        </w:tc>
      </w:tr>
      <w:tr>
        <w:tc>
          <w:tcPr>
            <w:tcW w:type="dxa" w:w="600"/>
          </w:tcPr>
          <w:p>
            <w:r>
              <w:t xml:space="preserve">2</w:t>
            </w:r>
          </w:p>
        </w:tc>
        <w:tc>
          <w:tcPr>
            <w:tcW w:type="dxa" w:w="1400"/>
          </w:tcPr>
          <w:p>
            <w:r>
              <w:t xml:space="preserve">21.02.2026</w:t>
            </w:r>
          </w:p>
        </w:tc>
        <w:tc>
          <w:tcPr>
            <w:tcW w:type="dxa" w:w="2600"/>
          </w:tcPr>
          <w:p>
            <w:r>
              <w:t xml:space="preserve">УЦ «Профстандарт»</w:t>
            </w:r>
          </w:p>
        </w:tc>
        <w:tc>
          <w:tcPr>
            <w:tcW w:type="dxa" w:w="2600"/>
          </w:tcPr>
          <w:p>
            <w:r>
              <w:t xml:space="preserve">Оказание первой помощи пострадавшим</w:t>
            </w:r>
          </w:p>
        </w:tc>
        <w:tc>
          <w:tcPr>
            <w:tcW w:type="dxa" w:w="2000"/>
          </w:tcPr>
          <w:p>
            <w:r>
              <w:t xml:space="preserve">8 ч</w:t>
            </w:r>
          </w:p>
        </w:tc>
        <w:tc>
          <w:tcPr>
            <w:tcW w:type="dxa" w:w="2600"/>
          </w:tcPr>
          <w:p>
            <w:r>
              <w:t xml:space="preserve">Аттестован</w:t>
            </w:r>
          </w:p>
        </w:tc>
        <w:tc>
          <w:tcPr>
            <w:tcW w:type="dxa" w:w="2640"/>
          </w:tcPr>
          <w:p>
            <w:r>
              <w:t/>
            </w:r>
          </w:p>
        </w:tc>
      </w:tr>
    </w:tbl>
    <w:p>
      <w:r/>
    </w:p>
    <w:p>
      <w:r>
        <w:rPr>
          <w:b/>
        </w:rPr>
        <w:t xml:space="preserve">Сведения об опыте работы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0"/>
        <w:gridCol w:w="1200"/>
        <w:gridCol w:w="2200"/>
        <w:gridCol w:w="2400"/>
        <w:gridCol w:w="2200"/>
        <w:gridCol w:w="1200"/>
        <w:gridCol w:w="1200"/>
        <w:gridCol w:w="3540"/>
      </w:tblGrid>
      <w:tr>
        <w:tc>
          <w:tcPr>
            <w:tcW w:type="dxa" w:w="500"/>
          </w:tcPr>
          <w:p>
            <w:r>
              <w:rPr>
                <w:b/>
                <w:sz w:val="16"/>
              </w:rPr>
              <w:t xml:space="preserve">№</w:t>
            </w:r>
          </w:p>
        </w:tc>
        <w:tc>
          <w:tcPr>
            <w:tcW w:type="dxa" w:w="1200"/>
          </w:tcPr>
          <w:p>
            <w:r>
              <w:rPr>
                <w:b/>
                <w:sz w:val="16"/>
              </w:rPr>
              <w:t xml:space="preserve">Дата</w:t>
            </w:r>
          </w:p>
        </w:tc>
        <w:tc>
          <w:tcPr>
            <w:tcW w:type="dxa" w:w="2200"/>
          </w:tcPr>
          <w:p>
            <w:r>
              <w:rPr>
                <w:b/>
                <w:sz w:val="16"/>
              </w:rPr>
              <w:t xml:space="preserve">Наименование предприятия, проводившего работы</w:t>
            </w:r>
          </w:p>
        </w:tc>
        <w:tc>
          <w:tcPr>
            <w:tcW w:type="dxa" w:w="2400"/>
          </w:tcPr>
          <w:p>
            <w:r>
              <w:rPr>
                <w:b/>
                <w:sz w:val="16"/>
              </w:rPr>
              <w:t xml:space="preserve">Вид проведённой работы, номер наряда-допуска</w:t>
            </w:r>
          </w:p>
        </w:tc>
        <w:tc>
          <w:tcPr>
            <w:tcW w:type="dxa" w:w="2200"/>
          </w:tcPr>
          <w:p>
            <w:r>
              <w:rPr>
                <w:b/>
                <w:sz w:val="16"/>
              </w:rPr>
              <w:t xml:space="preserve">Место работ</w:t>
            </w:r>
          </w:p>
        </w:tc>
        <w:tc>
          <w:tcPr>
            <w:tcW w:type="dxa" w:w="1200"/>
          </w:tcPr>
          <w:p>
            <w:r>
              <w:rPr>
                <w:b/>
                <w:sz w:val="16"/>
              </w:rPr>
              <w:t xml:space="preserve">Продолжительность работ (в часах)</w:t>
            </w:r>
          </w:p>
        </w:tc>
        <w:tc>
          <w:tcPr>
            <w:tcW w:type="dxa" w:w="1200"/>
          </w:tcPr>
          <w:p>
            <w:r>
              <w:rPr>
                <w:b/>
                <w:sz w:val="16"/>
              </w:rPr>
              <w:t xml:space="preserve">Максимальная высота, (м)</w:t>
            </w:r>
          </w:p>
        </w:tc>
        <w:tc>
          <w:tcPr>
            <w:tcW w:type="dxa" w:w="3540"/>
          </w:tcPr>
          <w:p>
            <w:r>
              <w:rPr>
                <w:b/>
                <w:sz w:val="16"/>
              </w:rPr>
              <w:t xml:space="preserve">Подпись лица, ответственного за производство работ, печать организации (при наличии)</w:t>
            </w:r>
          </w:p>
        </w:tc>
      </w:tr>
      <w:tr>
        <w:tc>
          <w:tcPr>
            <w:tcW w:type="dxa" w:w="500"/>
          </w:tcPr>
          <w:p>
            <w:r>
              <w:t xml:space="preserve">1</w:t>
            </w:r>
          </w:p>
        </w:tc>
        <w:tc>
          <w:tcPr>
            <w:tcW w:type="dxa" w:w="1200"/>
          </w:tcPr>
          <w:p>
            <w:r>
              <w:t xml:space="preserve">11.03.2026</w:t>
            </w:r>
          </w:p>
        </w:tc>
        <w:tc>
          <w:tcPr>
            <w:tcW w:type="dxa" w:w="2200"/>
          </w:tcPr>
          <w:p>
            <w:r>
              <w:t xml:space="preserve">ООО «Ромашка»</w:t>
            </w:r>
          </w:p>
        </w:tc>
        <w:tc>
          <w:tcPr>
            <w:tcW w:type="dxa" w:w="2400"/>
          </w:tcPr>
          <w:p>
            <w:r>
              <w:t xml:space="preserve">Замена участка воздуховода, отм. +6,000</w:t>
            </w:r>
          </w:p>
        </w:tc>
        <w:tc>
          <w:tcPr>
            <w:tcW w:type="dxa" w:w="2200"/>
          </w:tcPr>
          <w:p>
            <w:r>
              <w:t xml:space="preserve">Корпус № 2</w:t>
            </w:r>
          </w:p>
        </w:tc>
        <w:tc>
          <w:tcPr>
            <w:tcW w:type="dxa" w:w="1200"/>
          </w:tcPr>
          <w:p>
            <w:r>
              <w:t xml:space="preserve">40</w:t>
            </w:r>
          </w:p>
        </w:tc>
        <w:tc>
          <w:tcPr>
            <w:tcW w:type="dxa" w:w="1200"/>
          </w:tcPr>
          <w:p>
            <w:r>
              <w:t xml:space="preserve">3 группа (без ограничения высоты)</w:t>
            </w:r>
          </w:p>
        </w:tc>
        <w:tc>
          <w:tcPr>
            <w:tcW w:type="dxa" w:w="3540"/>
          </w:tcPr>
          <w:p>
            <w:r>
              <w:t/>
            </w:r>
          </w:p>
        </w:tc>
      </w:tr>
      <w:tr>
        <w:tc>
          <w:tcPr>
            <w:tcW w:type="dxa" w:w="500"/>
          </w:tcPr>
          <w:p>
            <w:r>
              <w:t xml:space="preserve">2</w:t>
            </w:r>
          </w:p>
        </w:tc>
        <w:tc>
          <w:tcPr>
            <w:tcW w:type="dxa" w:w="1200"/>
          </w:tcPr>
          <w:p>
            <w:r>
              <w:t xml:space="preserve">02.04.2026</w:t>
            </w:r>
          </w:p>
        </w:tc>
        <w:tc>
          <w:tcPr>
            <w:tcW w:type="dxa" w:w="2200"/>
          </w:tcPr>
          <w:p>
            <w:r>
              <w:t xml:space="preserve">ООО «Ромашка»</w:t>
            </w:r>
          </w:p>
        </w:tc>
        <w:tc>
          <w:tcPr>
            <w:tcW w:type="dxa" w:w="2400"/>
          </w:tcPr>
          <w:p>
            <w:r>
              <w:t xml:space="preserve">Обслуживание кровельного ограждения</w:t>
            </w:r>
          </w:p>
        </w:tc>
        <w:tc>
          <w:tcPr>
            <w:tcW w:type="dxa" w:w="2200"/>
          </w:tcPr>
          <w:p>
            <w:r>
              <w:t xml:space="preserve">Кровля корпуса № 2</w:t>
            </w:r>
          </w:p>
        </w:tc>
        <w:tc>
          <w:tcPr>
            <w:tcW w:type="dxa" w:w="1200"/>
          </w:tcPr>
          <w:p>
            <w:r>
              <w:t xml:space="preserve">40</w:t>
            </w:r>
          </w:p>
        </w:tc>
        <w:tc>
          <w:tcPr>
            <w:tcW w:type="dxa" w:w="1200"/>
          </w:tcPr>
          <w:p>
            <w:r>
              <w:t xml:space="preserve">3 группа (без ограничения высоты)</w:t>
            </w:r>
          </w:p>
        </w:tc>
        <w:tc>
          <w:tcPr>
            <w:tcW w:type="dxa" w:w="3540"/>
          </w:tcPr>
          <w:p>
            <w:r>
              <w:t/>
            </w:r>
          </w:p>
        </w:tc>
      </w:tr>
    </w:tbl>
    <w:p>
      <w:pPr>
        <w:jc w:val="right"/>
      </w:pPr>
      <w:r>
        <w:rPr>
          <w:b/>
        </w:rPr>
        <w:t xml:space="preserve">ИТОГО часов на высоте: 72</w:t>
      </w:r>
    </w:p>
    <w:sectPr>
      <w:pgSz w:w="16838" w:h="11906" w:orient="landscape"/>
      <w:pgMar w:top="700" w:right="700" w:bottom="700" w:left="7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