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 xml:space="preserve">Общество с ограниченной ответственностью «Ромашка»</w:t>
      </w:r>
    </w:p>
    <w:p>
      <w:pPr>
        <w:jc w:val="center"/>
      </w:pPr>
      <w:r>
        <w:t xml:space="preserve">ИНН 7701234567, ОГРН 1157746123456</w:t>
      </w:r>
    </w:p>
    <w:p>
      <w:pPr>
        <w:jc w:val="center"/>
      </w:pPr>
      <w:r>
        <w:t xml:space="preserve">г. Москва, ул. Производственная, д. 12, стр. 3</w:t>
      </w:r>
    </w:p>
    <w:p>
      <w:r/>
    </w:p>
    <w:p>
      <w:pPr>
        <w:jc w:val="right"/>
      </w:pPr>
      <w:r>
        <w:t>УТВЕРЖДАЮ</w:t>
      </w:r>
    </w:p>
    <w:p>
      <w:pPr>
        <w:jc w:val="right"/>
      </w:pPr>
      <w:r>
        <w:t xml:space="preserve">Генеральный директор</w:t>
      </w:r>
    </w:p>
    <w:p>
      <w:pPr>
        <w:jc w:val="right"/>
      </w:pPr>
      <w:r>
        <w:t xml:space="preserve">_________________   Смирнов Алексей Викторович</w:t>
      </w:r>
    </w:p>
    <w:p>
      <w:pPr>
        <w:jc w:val="right"/>
      </w:pPr>
      <w:r>
        <w:t>«___» __________ 20___ г.</w:t>
      </w:r>
    </w:p>
    <w:p>
      <w:r/>
    </w:p>
    <w:p>
      <w:pPr>
        <w:jc w:val="center"/>
      </w:pPr>
      <w:r>
        <w:rPr>
          <w:b/>
          <w:sz w:val="28"/>
        </w:rPr>
        <w:t xml:space="preserve">НАРЯД-ДОПУСК № 17</w:t>
      </w:r>
    </w:p>
    <w:p>
      <w:pPr>
        <w:jc w:val="center"/>
      </w:pPr>
      <w:r>
        <w:rPr>
          <w:b/>
        </w:rPr>
        <w:t xml:space="preserve">на производство работ на высоте</w:t>
      </w:r>
    </w:p>
    <w:p>
      <w:r/>
    </w:p>
    <w:p>
      <w:pPr>
        <w:jc w:val="both"/>
      </w:pPr>
      <w:r>
        <w:rPr>
          <w:i/>
        </w:rPr>
        <w:t xml:space="preserve">Основание: Приказ Минтруда России от 16.11.2020 № 782н</w:t>
      </w:r>
    </w:p>
    <w:p>
      <w:r/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1"/>
        <w:gridCol w:w="4961"/>
      </w:tblGrid>
      <w:tr>
        <w:tc>
          <w:tcPr>
            <w:tcW w:type="dxa" w:w="5128"/>
          </w:tcPr>
          <w:p>
            <w:r>
              <w:t>Дата выдачи наряда-допуска</w:t>
            </w:r>
          </w:p>
        </w:tc>
        <w:tc>
          <w:tcPr>
            <w:tcW w:type="dxa" w:w="5128"/>
          </w:tcPr>
          <w:p>
            <w:r>
              <w:t xml:space="preserve">17.07.2026</w:t>
            </w:r>
          </w:p>
        </w:tc>
      </w:tr>
      <w:tr>
        <w:tc>
          <w:tcPr>
            <w:tcW w:type="dxa" w:w="5128"/>
          </w:tcPr>
          <w:p>
            <w:r>
              <w:t>Подразделение / объект</w:t>
            </w:r>
          </w:p>
        </w:tc>
        <w:tc>
          <w:tcPr>
            <w:tcW w:type="dxa" w:w="5128"/>
          </w:tcPr>
          <w:p>
            <w:r>
              <w:t xml:space="preserve">Ремонтно-механический участок</w:t>
            </w:r>
          </w:p>
        </w:tc>
      </w:tr>
      <w:tr>
        <w:tc>
          <w:tcPr>
            <w:tcW w:type="dxa" w:w="5128"/>
          </w:tcPr>
          <w:p>
            <w:r>
              <w:t>Место проведения работ</w:t>
            </w:r>
          </w:p>
        </w:tc>
        <w:tc>
          <w:tcPr>
            <w:tcW w:type="dxa" w:w="5128"/>
          </w:tcPr>
          <w:p>
            <w:r>
              <w:t xml:space="preserve">Ремонтно-механический участок, пролёт Б, отм. +6,000</w:t>
            </w:r>
          </w:p>
        </w:tc>
      </w:tr>
      <w:tr>
        <w:tc>
          <w:tcPr>
            <w:tcW w:type="dxa" w:w="5128"/>
          </w:tcPr>
          <w:p>
            <w:r>
              <w:t>Содержание работ</w:t>
            </w:r>
          </w:p>
        </w:tc>
        <w:tc>
          <w:tcPr>
            <w:tcW w:type="dxa" w:w="5128"/>
          </w:tcPr>
          <w:p>
            <w:r>
              <w:t xml:space="preserve">Демонтаж и замена участка воздуховода вытяжной вентиляции на высоте 6 м</w:t>
            </w:r>
          </w:p>
        </w:tc>
      </w:tr>
      <w:tr>
        <w:tc>
          <w:tcPr>
            <w:tcW w:type="dxa" w:w="5128"/>
          </w:tcPr>
          <w:p>
            <w:r>
              <w:t>Дата и время начала работ</w:t>
            </w:r>
          </w:p>
        </w:tc>
        <w:tc>
          <w:tcPr>
            <w:tcW w:type="dxa" w:w="5128"/>
          </w:tcPr>
          <w:p>
            <w:r>
              <w:t xml:space="preserve">20.07.2026, 09:00</w:t>
            </w:r>
          </w:p>
        </w:tc>
      </w:tr>
      <w:tr>
        <w:tc>
          <w:tcPr>
            <w:tcW w:type="dxa" w:w="5128"/>
          </w:tcPr>
          <w:p>
            <w:r>
              <w:t>Дата и время окончания работ</w:t>
            </w:r>
          </w:p>
        </w:tc>
        <w:tc>
          <w:tcPr>
            <w:tcW w:type="dxa" w:w="5128"/>
          </w:tcPr>
          <w:p>
            <w:r>
              <w:t xml:space="preserve">20.07.2026, 17:00</w:t>
            </w:r>
          </w:p>
        </w:tc>
      </w:tr>
      <w:tr>
        <w:tc>
          <w:tcPr>
            <w:tcW w:type="dxa" w:w="5128"/>
          </w:tcPr>
          <w:p>
            <w:r>
              <w:t>Срок действия наряда</w:t>
            </w:r>
          </w:p>
        </w:tc>
        <w:tc>
          <w:tcPr>
            <w:tcW w:type="dxa" w:w="5128"/>
          </w:tcPr>
          <w:p>
            <w:r>
              <w:t xml:space="preserve">до 20.07.2026</w:t>
            </w:r>
          </w:p>
        </w:tc>
      </w:tr>
      <w:tr>
        <w:tc>
          <w:tcPr>
            <w:tcW w:type="dxa" w:w="5128"/>
          </w:tcPr>
          <w:p>
            <w:r>
              <w:t>Условия проведения работ</w:t>
            </w:r>
          </w:p>
        </w:tc>
        <w:tc>
          <w:tcPr>
            <w:tcW w:type="dxa" w:w="5128"/>
          </w:tcPr>
          <w:p>
            <w:r>
              <w:t xml:space="preserve">Работы на высоте с применением средств подмащивания, без совмещения с другими работами</w:t>
            </w:r>
          </w:p>
        </w:tc>
      </w:tr>
    </w:tbl>
    <w:p>
      <w:r/>
    </w:p>
    <w:p>
      <w:pPr>
        <w:jc w:val="left"/>
      </w:pPr>
      <w:r>
        <w:rPr>
          <w:b/>
        </w:rPr>
        <w:t>Ответственные лица: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1"/>
        <w:gridCol w:w="4961"/>
      </w:tblGrid>
      <w:tr>
        <w:tc>
          <w:tcPr>
            <w:tcW w:type="dxa" w:w="5128"/>
          </w:tcPr>
          <w:p>
            <w:r>
              <w:t>Выдающий наряд-допуск</w:t>
            </w:r>
          </w:p>
        </w:tc>
        <w:tc>
          <w:tcPr>
            <w:tcW w:type="dxa" w:w="5128"/>
          </w:tcPr>
          <w:p>
            <w:r>
              <w:t xml:space="preserve">Генеральный директор  Смирнов Алексей Викторович</w:t>
            </w:r>
          </w:p>
        </w:tc>
      </w:tr>
      <w:tr>
        <w:tc>
          <w:tcPr>
            <w:tcW w:type="dxa" w:w="5128"/>
          </w:tcPr>
          <w:p>
            <w:r>
              <w:t>Утверждающий</w:t>
            </w:r>
          </w:p>
        </w:tc>
        <w:tc>
          <w:tcPr>
            <w:tcW w:type="dxa" w:w="5128"/>
          </w:tcPr>
          <w:p>
            <w:r>
              <w:t xml:space="preserve">Генеральный директор  Смирнов Алексей Викторович</w:t>
            </w:r>
          </w:p>
        </w:tc>
      </w:tr>
      <w:tr>
        <w:tc>
          <w:tcPr>
            <w:tcW w:type="dxa" w:w="5128"/>
          </w:tcPr>
          <w:p>
            <w:r>
              <w:t>Ответственный руководитель работ</w:t>
            </w:r>
          </w:p>
        </w:tc>
        <w:tc>
          <w:tcPr>
            <w:tcW w:type="dxa" w:w="5128"/>
          </w:tcPr>
          <w:p>
            <w:r>
              <w:t xml:space="preserve">Начальник участка  Орлов Дмитрий Сергеевич</w:t>
            </w:r>
          </w:p>
        </w:tc>
      </w:tr>
      <w:tr>
        <w:tc>
          <w:tcPr>
            <w:tcW w:type="dxa" w:w="5128"/>
          </w:tcPr>
          <w:p>
            <w:r>
              <w:t>Ответственный исполнитель работ</w:t>
            </w:r>
          </w:p>
        </w:tc>
        <w:tc>
          <w:tcPr>
            <w:tcW w:type="dxa" w:w="5128"/>
          </w:tcPr>
          <w:p>
            <w:r>
              <w:t xml:space="preserve">Бригадир  Сидоров Пётр Алексеевич</w:t>
            </w:r>
          </w:p>
        </w:tc>
      </w:tr>
    </w:tbl>
    <w:p>
      <w:r/>
    </w:p>
    <w:p>
      <w:pPr>
        <w:jc w:val="left"/>
      </w:pPr>
      <w:r>
        <w:rPr>
          <w:b/>
        </w:rPr>
        <w:t>Состав бригады: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0"/>
        <w:gridCol w:w="2700"/>
        <w:gridCol w:w="2600"/>
        <w:gridCol w:w="1750"/>
        <w:gridCol w:w="2139"/>
      </w:tblGrid>
      <w:tr>
        <w:tc>
          <w:tcPr>
            <w:tcW w:type="dxa" w:w="2051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2051"/>
          </w:tcPr>
          <w:p>
            <w:r>
              <w:rPr>
                <w:b/>
                <w:sz w:val="18"/>
              </w:rPr>
              <w:t>ФИО</w:t>
            </w:r>
          </w:p>
        </w:tc>
        <w:tc>
          <w:tcPr>
            <w:tcW w:type="dxa" w:w="2051"/>
          </w:tcPr>
          <w:p>
            <w:r>
              <w:rPr>
                <w:b/>
                <w:sz w:val="18"/>
              </w:rPr>
              <w:t>Должность (профессия)</w:t>
            </w:r>
          </w:p>
        </w:tc>
        <w:tc>
          <w:tcPr>
            <w:tcW w:type="dxa" w:w="2051"/>
          </w:tcPr>
          <w:p>
            <w:r>
              <w:rPr>
                <w:b/>
                <w:sz w:val="18"/>
              </w:rPr>
              <w:t>Группа / допуск</w:t>
            </w:r>
          </w:p>
        </w:tc>
        <w:tc>
          <w:tcPr>
            <w:tcW w:type="dxa" w:w="2051"/>
          </w:tcPr>
          <w:p>
            <w:r>
              <w:rPr>
                <w:b/>
                <w:sz w:val="18"/>
              </w:rPr>
              <w:t>Подпись об инструктаже</w:t>
            </w:r>
          </w:p>
        </w:tc>
      </w:tr>
      <w:tr>
        <w:tc>
          <w:tcPr>
            <w:tcW w:type="dxa" w:w="2051"/>
          </w:tcPr>
          <w:p>
            <w:r>
              <w:t xml:space="preserve">1</w:t>
            </w:r>
          </w:p>
        </w:tc>
        <w:tc>
          <w:tcPr>
            <w:tcW w:type="dxa" w:w="2051"/>
          </w:tcPr>
          <w:p>
            <w:r>
              <w:t xml:space="preserve">Сидоров Пётр Алексеевич</w:t>
            </w:r>
          </w:p>
        </w:tc>
        <w:tc>
          <w:tcPr>
            <w:tcW w:type="dxa" w:w="2051"/>
          </w:tcPr>
          <w:p>
            <w:r>
              <w:t xml:space="preserve">Бригадир</w:t>
            </w:r>
          </w:p>
        </w:tc>
        <w:tc>
          <w:tcPr>
            <w:tcW w:type="dxa" w:w="2051"/>
          </w:tcPr>
          <w:p>
            <w:r>
              <w:t xml:space="preserve">3 группа</w:t>
            </w:r>
          </w:p>
        </w:tc>
        <w:tc>
          <w:tcPr>
            <w:tcW w:type="dxa" w:w="2051"/>
          </w:tcPr>
          <w:p/>
        </w:tc>
      </w:tr>
      <w:tr>
        <w:tc>
          <w:tcPr>
            <w:tcW w:type="dxa" w:w="2051"/>
          </w:tcPr>
          <w:p>
            <w:r>
              <w:t xml:space="preserve">2</w:t>
            </w:r>
          </w:p>
        </w:tc>
        <w:tc>
          <w:tcPr>
            <w:tcW w:type="dxa" w:w="2051"/>
          </w:tcPr>
          <w:p>
            <w:r>
              <w:t xml:space="preserve">Ковалёв Артём Николаевич</w:t>
            </w:r>
          </w:p>
        </w:tc>
        <w:tc>
          <w:tcPr>
            <w:tcW w:type="dxa" w:w="2051"/>
          </w:tcPr>
          <w:p>
            <w:r>
              <w:t xml:space="preserve">Слесарь-ремонтник</w:t>
            </w:r>
          </w:p>
        </w:tc>
        <w:tc>
          <w:tcPr>
            <w:tcW w:type="dxa" w:w="2051"/>
          </w:tcPr>
          <w:p>
            <w:r>
              <w:t xml:space="preserve">2 группа</w:t>
            </w:r>
          </w:p>
        </w:tc>
        <w:tc>
          <w:tcPr>
            <w:tcW w:type="dxa" w:w="2051"/>
          </w:tcPr>
          <w:p/>
        </w:tc>
      </w:tr>
    </w:tbl>
    <w:p>
      <w:r/>
    </w:p>
    <w:p>
      <w:pPr>
        <w:jc w:val="left"/>
      </w:pPr>
      <w:r>
        <w:rPr>
          <w:b/>
        </w:rPr>
        <w:t>Меры безопасности перед началом и в процессе работ:</w:t>
      </w:r>
    </w:p>
    <w:p>
      <w:pPr>
        <w:jc w:val="both"/>
      </w:pPr>
      <w:r>
        <w:t xml:space="preserve">Оградить зону производства работ; вывесить знаки безопасности; применять страховочную привязь с креплением к анкерной линии; исключить нахождение людей внизу.</w:t>
      </w:r>
    </w:p>
    <w:p>
      <w:r/>
    </w:p>
    <w:p>
      <w:pPr>
        <w:jc w:val="left"/>
      </w:pPr>
      <w:r>
        <w:rPr>
          <w:b/>
        </w:rPr>
        <w:t>Применяемые СИЗ:</w:t>
      </w:r>
    </w:p>
    <w:p>
      <w:pPr>
        <w:jc w:val="both"/>
      </w:pPr>
      <w:r>
        <w:t xml:space="preserve">Каска защитная, привязь страховочная, строп с амортизатором, очки защитные, перчатки</w:t>
      </w:r>
    </w:p>
    <w:p>
      <w:r/>
    </w:p>
    <w:p>
      <w:pPr>
        <w:jc w:val="left"/>
      </w:pPr>
      <w:r>
        <w:rPr>
          <w:b/>
        </w:rPr>
        <w:t>Дополнительные требования (по виду работ):</w:t>
      </w:r>
    </w:p>
    <w:p>
      <w:pPr>
        <w:jc w:val="both"/>
      </w:pPr>
      <w:r>
        <w:t xml:space="preserve">Работы прекратить при скорости ветра свыше 10 м/с и при обледенении.</w:t>
      </w:r>
    </w:p>
    <w:p>
      <w:r/>
    </w:p>
    <w:p>
      <w:pPr>
        <w:jc w:val="left"/>
      </w:pPr>
      <w:r>
        <w:rPr>
          <w:b/>
        </w:rPr>
        <w:t>Целевой инструктаж проведён:</w:t>
      </w:r>
    </w:p>
    <w:p>
      <w:pPr>
        <w:jc w:val="both"/>
      </w:pPr>
      <w:r>
        <w:t xml:space="preserve">Инструктаж провёл: Начальник участка  Орлов Дмитрий Сергеевич</w:t>
      </w:r>
    </w:p>
    <w:p>
      <w:pPr>
        <w:jc w:val="both"/>
      </w:pPr>
      <w:r>
        <w:t xml:space="preserve">Дата и время: 20.07.2026, 08:30</w:t>
      </w:r>
    </w:p>
    <w:p>
      <w:pPr>
        <w:jc w:val="both"/>
      </w:pPr>
      <w:r>
        <w:t>Подписи членов бригады об инструктаже — в таблице состава бригады.</w:t>
      </w:r>
    </w:p>
    <w:p>
      <w:r/>
    </w:p>
    <w:p>
      <w:pPr>
        <w:jc w:val="left"/>
      </w:pPr>
      <w:r>
        <w:rPr>
          <w:b/>
        </w:rPr>
        <w:t>Подписи:</w:t>
      </w:r>
    </w:p>
    <w:p>
      <w:r/>
    </w:p>
    <w:p>
      <w:pPr>
        <w:jc w:val="left"/>
      </w:pPr>
      <w:r>
        <w:t xml:space="preserve">Наряд-допуск выдал:    _________________   Смирнов Алексей Викторович  «___» __________ 20___ г.</w:t>
      </w:r>
    </w:p>
    <w:p>
      <w:pPr>
        <w:jc w:val="left"/>
      </w:pPr>
      <w:r>
        <w:t xml:space="preserve">Наряд-допуск получил:  _________________   Орлов Дмитрий Сергеевич  «___» __________ 20___ г.</w:t>
      </w:r>
    </w:p>
    <w:p>
      <w:r/>
    </w:p>
    <w:p>
      <w:pPr>
        <w:jc w:val="left"/>
      </w:pPr>
      <w:r>
        <w:rPr>
          <w:b/>
        </w:rPr>
        <w:t>Допуск к работе:</w:t>
      </w:r>
    </w:p>
    <w:p>
      <w:pPr>
        <w:jc w:val="both"/>
      </w:pPr>
      <w:r>
        <w:t>Рабочее место подготовлено, меры безопасности выполнены, бригада допущена к работе.</w:t>
      </w:r>
    </w:p>
    <w:p>
      <w:pPr>
        <w:jc w:val="left"/>
      </w:pPr>
      <w:r>
        <w:t xml:space="preserve">Допуск разрешил: _________________   Орлов Дмитрий Сергеевич  «___» __________ 20___ г.</w:t>
      </w:r>
    </w:p>
    <w:p>
      <w:r/>
    </w:p>
    <w:p>
      <w:pPr>
        <w:jc w:val="left"/>
      </w:pPr>
      <w:r>
        <w:rPr>
          <w:b/>
        </w:rPr>
        <w:t>Окончание работ:</w:t>
      </w:r>
    </w:p>
    <w:p>
      <w:pPr>
        <w:jc w:val="both"/>
      </w:pPr>
      <w:r>
        <w:t>Работы выполнены полностью / частично (нужное оставить). Рабочее место сдано.</w:t>
      </w:r>
    </w:p>
    <w:p>
      <w:r/>
    </w:p>
    <w:p>
      <w:pPr>
        <w:jc w:val="left"/>
      </w:pPr>
      <w:r>
        <w:t xml:space="preserve">Ответственный исполнитель:   _________________   Сидоров Пётр Алексеевич  «___» __________ 20___ г.</w:t>
      </w:r>
    </w:p>
    <w:p>
      <w:pPr>
        <w:jc w:val="left"/>
      </w:pPr>
      <w:r>
        <w:t xml:space="preserve">Ответственный руководитель:  _________________   Орлов Дмитрий Сергеевич  «___» __________ 20___ г.</w:t>
      </w:r>
    </w:p>
    <w:p>
      <w:r/>
    </w:p>
    <w:p>
      <w:pPr>
        <w:jc w:val="left"/>
      </w:pPr>
      <w:r>
        <w:t xml:space="preserve">Наряд-допуск закрыт «___» __________ 20___ г.   _________________   Смирнов Алексей Викторович</w:t>
      </w:r>
    </w:p>
    <w:sectPr w:rsidR="00FC693F" w:rsidRPr="0006063C" w:rsidSect="00034616">
      <w:pgSz w:w="11906" w:h="16838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