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</w:t>
      </w:r>
    </w:p>
    <w:p>
      <w:pPr>
        <w:jc w:val="center"/>
      </w:pPr>
      <w:r>
        <w:t xml:space="preserve">г. Москва, ул. Производственная, д. 12, стр. 3</w:t>
      </w:r>
    </w:p>
    <w:p>
      <w:r/>
    </w:p>
    <w:p>
      <w:pPr>
        <w:jc w:val="center"/>
      </w:pPr>
      <w:r>
        <w:rPr>
          <w:b/>
          <w:sz w:val="28"/>
        </w:rPr>
        <w:t>ПРИКАЗ</w:t>
      </w:r>
    </w:p>
    <w:p>
      <w:r/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20"/>
        <w:gridCol w:w="4819"/>
      </w:tblGrid>
      <w:tr>
        <w:tc>
          <w:tcPr>
            <w:tcW w:type="dxa" w:w="4986"/>
          </w:tcPr>
          <w:p>
            <w:r>
              <w:t xml:space="preserve">от  14.07.2026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t>№ ___</w:t>
            </w:r>
          </w:p>
        </w:tc>
      </w:tr>
    </w:tbl>
    <w:p>
      <w:r/>
    </w:p>
    <w:p>
      <w:pPr>
        <w:jc w:val="left"/>
      </w:pPr>
      <w:r>
        <w:rPr>
          <w:b/>
        </w:rPr>
        <w:t>О создании комиссии по расследованию несчастного случая</w:t>
      </w:r>
    </w:p>
    <w:p>
      <w:r/>
    </w:p>
    <w:p>
      <w:r>
        <w:t xml:space="preserve">В связи с несчастным случаем, произошедшим 14.07.2026, 10:40 в Ремонтно-механический участок, у станка ТВ-320 с работником Иванов Иван Иванович, Слесарь-ремонтник (Ремонтно-механический участок), в соответствии со статьями 227–231 Трудового кодекса Российской Федерации и приказом Министерства труда и социальной защиты Российской Федерации от 20 апреля 2022 г. № 223н,</w:t>
      </w:r>
    </w:p>
    <w:p>
      <w:r/>
    </w:p>
    <w:p>
      <w:r>
        <w:rPr>
          <w:b/>
        </w:rPr>
        <w:t>ПРИКАЗЫВАЮ:</w:t>
      </w:r>
    </w:p>
    <w:p>
      <w:r/>
    </w:p>
    <w:p>
      <w:r>
        <w:t>1. Создать комиссию по расследованию несчастного случая в следующем составе:</w:t>
      </w:r>
    </w:p>
    <w:p>
      <w:r/>
    </w:p>
    <w:p>
      <w:r>
        <w:t xml:space="preserve">Председатель комиссии: Кузнецова Ольга Дмитриевна, Специалист по охране труда.</w:t>
      </w:r>
    </w:p>
    <w:p>
      <w:r/>
    </w:p>
    <w:p>
      <w:r>
        <w:t>Члены комиссии:</w:t>
      </w:r>
    </w:p>
    <w:p>
      <w:r>
        <w:t xml:space="preserve">– Кузнецова Ольга Дмитриевна, Специалист по охране труда — председатель комиссии.– Орлов Дмитрий Сергеевич, Начальник ремонтно-механического участка.– Ковалёв Артём Николаевич, Уполномоченный по охране труда.</w:t>
      </w:r>
    </w:p>
    <w:p>
      <w:r/>
    </w:p>
    <w:p>
      <w:r>
        <w:t xml:space="preserve">2. Комиссии приступить к расследованию незамедлительно и завершить работу до 17.07.2026.</w:t>
      </w:r>
    </w:p>
    <w:p>
      <w:r/>
    </w:p>
    <w:p>
      <w:r>
        <w:t>3. По итогам расследования оформить акт о расследовании несчастного случая и акт по форме Н-1 в установленные законом сроки.</w:t>
      </w:r>
    </w:p>
    <w:p>
      <w:r/>
    </w:p>
    <w:p>
      <w:r>
        <w:t>4. Контроль за исполнением настоящего приказа оставляю за собой.</w:t>
      </w:r>
    </w:p>
    <w:p>
      <w:r/>
    </w:p>
    <w:p>
      <w:r/>
    </w:p>
    <w:p>
      <w:pPr>
        <w:jc w:val="left"/>
      </w:pPr>
      <w:r>
        <w:t xml:space="preserve">Генеральный директор                                       _________________     Смирнов Алексей Викторович</w:t>
      </w:r>
    </w:p>
    <w:p>
      <w:pPr>
        <w:jc w:val="left"/>
      </w:pPr>
      <w:r>
        <w:t xml:space="preserve">                                                                          (подпись)</w:t>
      </w:r>
    </w:p>
    <w:p>
      <w:r/>
    </w:p>
    <w:p>
      <w:r>
        <w:t>С приказом ознакомлены:</w:t>
      </w:r>
    </w:p>
    <w:p>
      <w:r/>
    </w:p>
    <w:p>
      <w:r>
        <w:t xml:space="preserve">Кузнецова Ольга Дмитриевна                          _________________     «___» __________ 20___ г.</w:t>
      </w:r>
    </w:p>
    <w:p>
      <w:r>
        <w:t xml:space="preserve">Кузнецова Ольга Дмитриевна                          _________________     «___» __________ 20___ г.Орлов Дмитрий Сергеевич                          _________________     «___» __________ 20___ г.Ковалёв Артём Николаевич                          _________________     «___» 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