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r/>
    </w:p>
    <w:p>
      <w:pPr>
        <w:jc w:val="center"/>
      </w:pPr>
      <w:r>
        <w:rPr>
          <w:b/>
          <w:sz w:val="28"/>
        </w:rPr>
        <w:t>ПРОТОКОЛ</w:t>
      </w:r>
    </w:p>
    <w:p>
      <w:pPr>
        <w:jc w:val="center"/>
      </w:pPr>
      <w:r>
        <w:rPr>
          <w:b/>
        </w:rPr>
        <w:t>опроса очевидца несчастного случая</w:t>
      </w:r>
    </w:p>
    <w:p>
      <w:r/>
    </w:p>
    <w:p>
      <w:pPr>
        <w:jc w:val="both"/>
      </w:pPr>
      <w:r>
        <w:t xml:space="preserve">Дата опроса: 17.07.2026.   Место опроса: г. Москва, ул. Производственная, д. 12, стр. 3.</w:t>
      </w:r>
    </w:p>
    <w:p>
      <w:r/>
    </w:p>
    <w:p>
      <w:pPr>
        <w:jc w:val="both"/>
      </w:pPr>
      <w:r>
        <w:t xml:space="preserve">Опрос провёл: Кузнецова Ольга Дмитриевна, Специалист по охране труда — председатель комиссии по расследованию несчастного случая.</w:t>
      </w:r>
    </w:p>
    <w:p>
      <w:r/>
    </w:p>
    <w:p>
      <w:pPr>
        <w:jc w:val="both"/>
      </w:pPr>
      <w:r>
        <w:rPr>
          <w:b/>
        </w:rPr>
        <w:t>Сведения о несчастном случае:</w:t>
      </w:r>
    </w:p>
    <w:p>
      <w:pPr>
        <w:jc w:val="both"/>
      </w:pPr>
      <w:r>
        <w:t xml:space="preserve">Пострадавший: Иванов Иван Иванович, Слесарь-ремонтник, Ремонтно-механический участок.</w:t>
      </w:r>
    </w:p>
    <w:p>
      <w:pPr>
        <w:jc w:val="both"/>
      </w:pPr>
      <w:r>
        <w:t xml:space="preserve">Дата и время: 14.07.2026, 10:40.</w:t>
      </w:r>
    </w:p>
    <w:p>
      <w:pPr>
        <w:jc w:val="both"/>
      </w:pPr>
      <w:r>
        <w:t xml:space="preserve">Место: Ремонтно-механический участок, у станка ТВ-320.</w:t>
      </w:r>
    </w:p>
    <w:p>
      <w:r/>
    </w:p>
    <w:p>
      <w:pPr>
        <w:jc w:val="both"/>
      </w:pPr>
      <w:r>
        <w:rPr>
          <w:b/>
        </w:rPr>
        <w:t>Сведения об опрашиваемом очевидце:</w:t>
      </w:r>
    </w:p>
    <w:p>
      <w:pPr>
        <w:jc w:val="both"/>
      </w:pPr>
      <w:r>
        <w:t xml:space="preserve">Фамилия, имя, отчество: </w:t>
      </w:r>
    </w:p>
    <w:p>
      <w:pPr>
        <w:jc w:val="both"/>
      </w:pPr>
      <w:r>
        <w:t xml:space="preserve">Должность, место работы: </w:t>
      </w:r>
    </w:p>
    <w:p>
      <w:r/>
    </w:p>
    <w:p>
      <w:pPr>
        <w:jc w:val="both"/>
      </w:pPr>
      <w:r>
        <w:rPr>
          <w:b/>
        </w:rPr>
        <w:t>По существу заданных вопросов пояснил следующее:</w:t>
      </w:r>
    </w:p>
    <w:p>
      <w:r/>
    </w:p>
    <w:p>
      <w:pPr>
        <w:jc w:val="both"/>
      </w:pPr>
      <w:r>
        <w:t>Где находился опрашиваемый в момент происшествия: ___________________________________________________________________.</w:t>
      </w:r>
    </w:p>
    <w:p>
      <w:pPr>
        <w:jc w:val="both"/>
      </w:pPr>
      <w:r>
        <w:t>Что наблюдал лично: ___________________________________________________________________.</w:t>
      </w:r>
    </w:p>
    <w:p>
      <w:pPr>
        <w:jc w:val="both"/>
      </w:pPr>
      <w:r>
        <w:t>Действия пострадавшего непосредственно перед происшествием: ___________________________________________________________________.</w:t>
      </w:r>
    </w:p>
    <w:p>
      <w:pPr>
        <w:jc w:val="both"/>
      </w:pPr>
      <w:r>
        <w:t>Действия опрашиваемого после происшествия: ___________________________________________________________________.</w:t>
      </w:r>
    </w:p>
    <w:p>
      <w:r/>
    </w:p>
    <w:p>
      <w:pPr>
        <w:jc w:val="both"/>
      </w:pPr>
      <w:r>
        <w:t>Иные обстоятельства, имеющие значение для расследования: ___________________________________________________________________.</w:t>
      </w:r>
    </w:p>
    <w:p>
      <w:r/>
    </w:p>
    <w:p>
      <w:pPr>
        <w:jc w:val="both"/>
      </w:pPr>
      <w:r>
        <w:t>Свидетели, в присутствии которых произошёл несчастный случай (по сведениям комиссии):</w:t>
      </w:r>
    </w:p>
    <w:p>
      <w:pPr>
        <w:jc w:val="both"/>
      </w:pPr>
      <w:r>
        <w:t xml:space="preserve">– Сидоров Пётр Алексеевич, Электрогазосварщик;– Ковалёв Артём Николаевич, Слесарь-ремонтник;</w:t>
      </w:r>
    </w:p>
    <w:p>
      <w:r/>
    </w:p>
    <w:p>
      <w:r/>
    </w:p>
    <w:p>
      <w:pPr>
        <w:jc w:val="left"/>
      </w:pPr>
      <w:r>
        <w:t>Опрашиваемый ознакомлен. С моих слов записано верно, мною прочитано.</w:t>
      </w:r>
    </w:p>
    <w:p>
      <w:r/>
    </w:p>
    <w:p>
      <w:pPr>
        <w:jc w:val="left"/>
      </w:pPr>
      <w:r>
        <w:t>Очевидец              _________________     /_____________________/</w:t>
      </w:r>
    </w:p>
    <w:p>
      <w:pPr>
        <w:jc w:val="left"/>
      </w:pPr>
      <w:r>
        <w:t xml:space="preserve">Опрос провёл          _________________     Кузнецова Ольга Дмитриевна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