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СООБЩЕНИЕ</w:t>
      </w:r>
    </w:p>
    <w:p>
      <w:pPr>
        <w:jc w:val="center"/>
      </w:pPr>
      <w:r>
        <w:rPr>
          <w:b/>
        </w:rPr>
        <w:t>о последствиях несчастного случая на производстве</w:t>
      </w:r>
    </w:p>
    <w:p>
      <w:pPr>
        <w:jc w:val="center"/>
      </w:pPr>
      <w:r>
        <w:rPr>
          <w:b/>
        </w:rPr>
        <w:t>и принятых мерах</w:t>
      </w:r>
    </w:p>
    <w:p>
      <w:pPr>
        <w:jc w:val="center"/>
      </w:pPr>
      <w:r>
        <w:rPr>
          <w:i/>
        </w:rPr>
        <w:t>(форма 8)</w:t>
      </w:r>
    </w:p>
    <w:p>
      <w:r/>
    </w:p>
    <w:p>
      <w:pPr>
        <w:jc w:val="both"/>
      </w:pPr>
      <w:r>
        <w:t xml:space="preserve">По несчастному случаю, происшедшему 14.07.2026, 10:40</w:t>
      </w:r>
    </w:p>
    <w:p>
      <w:pPr>
        <w:jc w:val="both"/>
      </w:pPr>
      <w:r>
        <w:t xml:space="preserve">с Иванов Иван Иванович, Слесарь-ремонтник, Ремонтно-механический участок,</w:t>
      </w:r>
    </w:p>
    <w:p>
      <w:pPr>
        <w:jc w:val="both"/>
      </w:pPr>
      <w:r>
        <w:t xml:space="preserve">оформленному актом о несчастном случае на производстве (форма Н-1) от 17.07.2026 № ___.</w:t>
      </w:r>
    </w:p>
    <w:p>
      <w:r/>
    </w:p>
    <w:p>
      <w:pPr>
        <w:jc w:val="both"/>
      </w:pPr>
      <w:r>
        <w:rPr>
          <w:b/>
        </w:rPr>
        <w:t>Последствия несчастного случая:</w:t>
      </w:r>
    </w:p>
    <w:p>
      <w:pPr>
        <w:jc w:val="both"/>
      </w:pPr>
      <w:r>
        <w:t xml:space="preserve">   – пострадавший выздоровел / переведён на другую работу / установлена инвалидность ___ группы / умер (нужное оставить);</w:t>
      </w:r>
    </w:p>
    <w:p>
      <w:pPr>
        <w:jc w:val="both"/>
      </w:pPr>
      <w:r>
        <w:t xml:space="preserve">   – окончательный диагноз по заключению (заключительному акту) лечебно-профилактического учреждения: ___________________________________________________________________;</w:t>
      </w:r>
    </w:p>
    <w:p>
      <w:pPr>
        <w:jc w:val="both"/>
      </w:pPr>
      <w:r>
        <w:t xml:space="preserve">   – продолжительность временной нетрудоспособности пострадавшего: ____ календарных дней;</w:t>
      </w:r>
    </w:p>
    <w:p>
      <w:pPr>
        <w:jc w:val="both"/>
      </w:pPr>
      <w:r>
        <w:t xml:space="preserve">   – освобождён от работы с «___» __________ 20___ г. по «___» __________ 20___ г.;</w:t>
      </w:r>
    </w:p>
    <w:p>
      <w:pPr>
        <w:jc w:val="both"/>
      </w:pPr>
      <w:r>
        <w:t xml:space="preserve">   – приступил к работе с «___» __________ 20___ г.</w:t>
      </w:r>
    </w:p>
    <w:p>
      <w:r/>
    </w:p>
    <w:p>
      <w:pPr>
        <w:jc w:val="both"/>
      </w:pPr>
      <w:r>
        <w:rPr>
          <w:b/>
        </w:rPr>
        <w:t>Сумма расходов, связанных с несчастным случаем:</w:t>
      </w:r>
    </w:p>
    <w:p>
      <w:pPr>
        <w:jc w:val="both"/>
      </w:pPr>
      <w:r>
        <w:t xml:space="preserve">   – по листку нетрудоспособности: ______________ руб.;</w:t>
      </w:r>
    </w:p>
    <w:p>
      <w:pPr>
        <w:jc w:val="both"/>
      </w:pPr>
      <w:r>
        <w:t xml:space="preserve">   – единовременная и ежемесячные страховые выплаты: ______________ руб.;</w:t>
      </w:r>
    </w:p>
    <w:p>
      <w:pPr>
        <w:jc w:val="both"/>
      </w:pPr>
      <w:r>
        <w:t xml:space="preserve">   – на медицинскую, социальную и профессиональную реабилитацию: ______________ руб.;</w:t>
      </w:r>
    </w:p>
    <w:p>
      <w:pPr>
        <w:jc w:val="both"/>
      </w:pPr>
      <w:r>
        <w:t xml:space="preserve">   – на ремонт оборудования / иные расходы: ______________ руб.;</w:t>
      </w:r>
    </w:p>
    <w:p>
      <w:pPr>
        <w:jc w:val="both"/>
      </w:pPr>
      <w:r>
        <w:t xml:space="preserve">   Итого: ______________ руб.</w:t>
      </w:r>
    </w:p>
    <w:p>
      <w:r/>
    </w:p>
    <w:p>
      <w:pPr>
        <w:jc w:val="both"/>
      </w:pPr>
      <w:r>
        <w:rPr>
          <w:b/>
        </w:rPr>
        <w:t>Принятые меры по устранению причин несчастного случая:</w:t>
      </w:r>
    </w:p>
    <w:p>
      <w:pPr>
        <w:jc w:val="both"/>
      </w:pPr>
      <w:r>
        <w:t xml:space="preserve">   ___________________________________________________________________.</w:t>
      </w:r>
    </w:p>
    <w:p>
      <w:r/>
    </w:p>
    <w:p>
      <w:r/>
    </w:p>
    <w:p>
      <w:pPr>
        <w:jc w:val="left"/>
      </w:pPr>
      <w:r>
        <w:t xml:space="preserve">Генеральный директор                            _________________     Смирнов Алексей Викторович</w:t>
      </w:r>
    </w:p>
    <w:p>
      <w:pPr>
        <w:jc w:val="left"/>
      </w:pPr>
      <w:r>
        <w:t>М.П.</w:t>
      </w:r>
    </w:p>
    <w:p>
      <w:r/>
    </w:p>
    <w:p>
      <w:pPr>
        <w:jc w:val="left"/>
      </w:pPr>
      <w:r>
        <w:t xml:space="preserve">Дата составления: 17.07.2026.</w:t>
      </w:r>
    </w:p>
    <w:sectPr w:rsidR="00FC693F" w:rsidRPr="0006063C" w:rsidSect="00034616">
      <w:pgSz w:w="11906" w:h="16838"/>
      <w:pgMar w:top="1134" w:right="850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